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E13E38" w14:textId="77777777" w:rsidR="008112A0" w:rsidRDefault="00F97AE2">
      <w:pPr>
        <w:rPr>
          <w:rFonts w:hint="eastAsia"/>
        </w:rPr>
      </w:pPr>
      <w:r>
        <w:rPr>
          <w:color w:val="333333"/>
        </w:rPr>
        <w:t>CIRRUS  /  NORDPLUS HIGHER EDUCATION</w:t>
      </w:r>
    </w:p>
    <w:p w14:paraId="181CC981" w14:textId="77777777" w:rsidR="008112A0" w:rsidRDefault="00F97AE2">
      <w:pPr>
        <w:rPr>
          <w:rFonts w:hint="eastAsia"/>
        </w:rPr>
      </w:pPr>
      <w:r>
        <w:rPr>
          <w:b/>
          <w:color w:val="333333"/>
          <w:sz w:val="42"/>
        </w:rPr>
        <w:t>Intensive Course Reporting Form</w:t>
      </w:r>
    </w:p>
    <w:p w14:paraId="236B27B7" w14:textId="34894B1C" w:rsidR="008112A0" w:rsidRDefault="00F97AE2">
      <w:pPr>
        <w:spacing w:after="120"/>
        <w:rPr>
          <w:rFonts w:hint="eastAsia"/>
        </w:rPr>
      </w:pPr>
      <w:r>
        <w:rPr>
          <w:color w:val="333333"/>
          <w:sz w:val="16"/>
        </w:rPr>
        <w:t xml:space="preserve">Complete one form for one intensive course. </w:t>
      </w:r>
    </w:p>
    <w:p w14:paraId="60DF66C1" w14:textId="77777777" w:rsidR="008112A0" w:rsidRDefault="00F97AE2">
      <w:pPr>
        <w:spacing w:before="240" w:after="120"/>
        <w:rPr>
          <w:rFonts w:hint="eastAsia"/>
        </w:rPr>
      </w:pPr>
      <w:proofErr w:type="gramStart"/>
      <w:r>
        <w:rPr>
          <w:b/>
          <w:color w:val="333333"/>
          <w:sz w:val="24"/>
        </w:rPr>
        <w:t>01  General</w:t>
      </w:r>
      <w:proofErr w:type="gramEnd"/>
      <w:r>
        <w:rPr>
          <w:b/>
          <w:color w:val="333333"/>
          <w:sz w:val="24"/>
        </w:rPr>
        <w:t xml:space="preserve"> information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00"/>
        <w:gridCol w:w="6120"/>
      </w:tblGrid>
      <w:tr w:rsidR="008112A0" w14:paraId="38A0559D" w14:textId="77777777" w:rsidTr="004F10AA">
        <w:trPr>
          <w:jc w:val="center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575DAB1" w14:textId="77777777" w:rsidR="008112A0" w:rsidRDefault="00F97AE2">
            <w:pPr>
              <w:spacing w:before="60" w:after="60"/>
              <w:rPr>
                <w:rFonts w:hint="eastAsia"/>
              </w:rPr>
            </w:pPr>
            <w:r>
              <w:rPr>
                <w:b/>
                <w:color w:val="333333"/>
                <w:sz w:val="16"/>
              </w:rPr>
              <w:t>Espresso field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553BDAC" w14:textId="77777777" w:rsidR="008112A0" w:rsidRDefault="00F97AE2">
            <w:pPr>
              <w:spacing w:before="60" w:after="60"/>
              <w:rPr>
                <w:rFonts w:hint="eastAsia"/>
              </w:rPr>
            </w:pPr>
            <w:r>
              <w:rPr>
                <w:b/>
                <w:color w:val="333333"/>
                <w:sz w:val="16"/>
              </w:rPr>
              <w:t>Course information</w:t>
            </w:r>
          </w:p>
        </w:tc>
      </w:tr>
      <w:tr w:rsidR="008112A0" w14:paraId="1AE3E38D" w14:textId="77777777" w:rsidTr="004F10AA">
        <w:trPr>
          <w:jc w:val="center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1319D" w14:textId="77777777" w:rsidR="008112A0" w:rsidRDefault="00F97AE2">
            <w:pPr>
              <w:spacing w:before="60" w:after="60"/>
              <w:rPr>
                <w:rFonts w:hint="eastAsia"/>
              </w:rPr>
            </w:pPr>
            <w:r>
              <w:rPr>
                <w:sz w:val="16"/>
              </w:rPr>
              <w:t xml:space="preserve">Name on </w:t>
            </w:r>
            <w:r>
              <w:rPr>
                <w:sz w:val="16"/>
              </w:rPr>
              <w:t>intensive course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93C1D" w14:textId="77777777" w:rsidR="008112A0" w:rsidRDefault="00F97AE2">
            <w:pPr>
              <w:spacing w:before="60" w:after="60"/>
              <w:rPr>
                <w:rFonts w:hint="eastAsia"/>
              </w:rPr>
            </w:pPr>
            <w:r>
              <w:rPr>
                <w:sz w:val="16"/>
              </w:rPr>
              <w:t>[Course title]</w:t>
            </w:r>
          </w:p>
        </w:tc>
      </w:tr>
      <w:tr w:rsidR="008112A0" w14:paraId="07C40AE3" w14:textId="77777777" w:rsidTr="004F10AA">
        <w:trPr>
          <w:jc w:val="center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D68D9" w14:textId="27BEEC50" w:rsidR="008112A0" w:rsidRPr="004F10AA" w:rsidRDefault="00F97AE2">
            <w:pPr>
              <w:spacing w:before="60" w:after="60"/>
              <w:rPr>
                <w:rFonts w:hint="eastAsia"/>
                <w:lang w:val="it-IT"/>
              </w:rPr>
            </w:pPr>
            <w:r w:rsidRPr="004F10AA">
              <w:rPr>
                <w:sz w:val="16"/>
                <w:lang w:val="it-IT"/>
              </w:rPr>
              <w:t>Level</w:t>
            </w:r>
            <w:r w:rsidR="004F10AA" w:rsidRPr="004F10AA">
              <w:rPr>
                <w:sz w:val="16"/>
                <w:lang w:val="it-IT"/>
              </w:rPr>
              <w:t xml:space="preserve"> (BA, MA, BA/MA)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C1164" w14:textId="77777777" w:rsidR="008112A0" w:rsidRDefault="00F97AE2">
            <w:pPr>
              <w:spacing w:before="60" w:after="60"/>
              <w:rPr>
                <w:rFonts w:hint="eastAsia"/>
              </w:rPr>
            </w:pPr>
            <w:r>
              <w:rPr>
                <w:sz w:val="16"/>
              </w:rPr>
              <w:t>[Level]</w:t>
            </w:r>
          </w:p>
        </w:tc>
      </w:tr>
      <w:tr w:rsidR="008112A0" w14:paraId="13A02854" w14:textId="77777777" w:rsidTr="004F10AA">
        <w:trPr>
          <w:jc w:val="center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26CFA" w14:textId="77777777" w:rsidR="008112A0" w:rsidRDefault="00F97AE2">
            <w:pPr>
              <w:spacing w:before="60" w:after="60"/>
              <w:rPr>
                <w:rFonts w:hint="eastAsia"/>
              </w:rPr>
            </w:pPr>
            <w:r>
              <w:rPr>
                <w:sz w:val="16"/>
              </w:rPr>
              <w:t>Country hosting the intensive course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B6360" w14:textId="77777777" w:rsidR="008112A0" w:rsidRDefault="00F97AE2">
            <w:pPr>
              <w:spacing w:before="60" w:after="60"/>
              <w:rPr>
                <w:rFonts w:hint="eastAsia"/>
              </w:rPr>
            </w:pPr>
            <w:r>
              <w:rPr>
                <w:sz w:val="16"/>
              </w:rPr>
              <w:t>[Country]</w:t>
            </w:r>
          </w:p>
        </w:tc>
      </w:tr>
      <w:tr w:rsidR="008112A0" w14:paraId="1F3A975C" w14:textId="77777777" w:rsidTr="004F10AA">
        <w:trPr>
          <w:jc w:val="center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7D8D0" w14:textId="77777777" w:rsidR="008112A0" w:rsidRDefault="00F97AE2">
            <w:pPr>
              <w:spacing w:before="60" w:after="60"/>
              <w:rPr>
                <w:rFonts w:hint="eastAsia"/>
              </w:rPr>
            </w:pPr>
            <w:r>
              <w:rPr>
                <w:sz w:val="16"/>
              </w:rPr>
              <w:t>Number of students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5632D" w14:textId="77777777" w:rsidR="008112A0" w:rsidRDefault="00F97AE2">
            <w:pPr>
              <w:spacing w:before="60" w:after="60"/>
              <w:rPr>
                <w:rFonts w:hint="eastAsia"/>
              </w:rPr>
            </w:pPr>
            <w:r>
              <w:rPr>
                <w:sz w:val="16"/>
              </w:rPr>
              <w:t>[Number]</w:t>
            </w:r>
          </w:p>
        </w:tc>
      </w:tr>
      <w:tr w:rsidR="008112A0" w14:paraId="1CAEAA13" w14:textId="77777777" w:rsidTr="004F10AA">
        <w:trPr>
          <w:jc w:val="center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D5F05" w14:textId="77777777" w:rsidR="008112A0" w:rsidRDefault="00F97AE2">
            <w:pPr>
              <w:spacing w:before="60" w:after="60"/>
              <w:rPr>
                <w:rFonts w:hint="eastAsia"/>
              </w:rPr>
            </w:pPr>
            <w:r>
              <w:rPr>
                <w:sz w:val="16"/>
              </w:rPr>
              <w:t>Number of teachers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2F7F1" w14:textId="77777777" w:rsidR="008112A0" w:rsidRDefault="00F97AE2">
            <w:pPr>
              <w:spacing w:before="60" w:after="60"/>
              <w:rPr>
                <w:rFonts w:hint="eastAsia"/>
              </w:rPr>
            </w:pPr>
            <w:r>
              <w:rPr>
                <w:sz w:val="16"/>
              </w:rPr>
              <w:t>[Number]</w:t>
            </w:r>
          </w:p>
        </w:tc>
      </w:tr>
      <w:tr w:rsidR="008112A0" w14:paraId="2B4A1133" w14:textId="77777777" w:rsidTr="004F10AA">
        <w:trPr>
          <w:jc w:val="center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F665A" w14:textId="77777777" w:rsidR="008112A0" w:rsidRDefault="00F97AE2">
            <w:pPr>
              <w:spacing w:before="60" w:after="60"/>
              <w:rPr>
                <w:rFonts w:hint="eastAsia"/>
              </w:rPr>
            </w:pPr>
            <w:r>
              <w:rPr>
                <w:sz w:val="16"/>
              </w:rPr>
              <w:t>Number of ECTS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68787" w14:textId="77777777" w:rsidR="008112A0" w:rsidRDefault="00F97AE2">
            <w:pPr>
              <w:spacing w:before="60" w:after="60"/>
              <w:rPr>
                <w:rFonts w:hint="eastAsia"/>
              </w:rPr>
            </w:pPr>
            <w:r>
              <w:rPr>
                <w:sz w:val="16"/>
              </w:rPr>
              <w:t>[Number – round up to the nearest whole number]</w:t>
            </w:r>
          </w:p>
        </w:tc>
      </w:tr>
      <w:tr w:rsidR="008112A0" w14:paraId="70610345" w14:textId="77777777" w:rsidTr="004F10AA">
        <w:trPr>
          <w:trHeight w:val="63"/>
          <w:jc w:val="center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28C1F" w14:textId="77777777" w:rsidR="008112A0" w:rsidRDefault="00F97AE2">
            <w:pPr>
              <w:spacing w:before="60" w:after="60"/>
              <w:rPr>
                <w:rFonts w:hint="eastAsia"/>
              </w:rPr>
            </w:pPr>
            <w:r>
              <w:rPr>
                <w:sz w:val="16"/>
              </w:rPr>
              <w:t>Duration in days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65CC0" w14:textId="77777777" w:rsidR="008112A0" w:rsidRDefault="00F97AE2">
            <w:pPr>
              <w:spacing w:before="60" w:after="60"/>
              <w:rPr>
                <w:rFonts w:hint="eastAsia"/>
              </w:rPr>
            </w:pPr>
            <w:r>
              <w:rPr>
                <w:sz w:val="16"/>
              </w:rPr>
              <w:t>[Number]</w:t>
            </w:r>
          </w:p>
        </w:tc>
      </w:tr>
    </w:tbl>
    <w:p w14:paraId="54C75FE2" w14:textId="77777777" w:rsidR="008112A0" w:rsidRDefault="008112A0">
      <w:pPr>
        <w:spacing w:after="0"/>
        <w:rPr>
          <w:rFonts w:hint="eastAsia"/>
        </w:rPr>
      </w:pPr>
    </w:p>
    <w:p w14:paraId="7FB637A4" w14:textId="77777777" w:rsidR="008112A0" w:rsidRDefault="00F97AE2">
      <w:pPr>
        <w:spacing w:after="120"/>
        <w:rPr>
          <w:rFonts w:hint="eastAsia"/>
        </w:rPr>
      </w:pPr>
      <w:r>
        <w:rPr>
          <w:color w:val="333333"/>
          <w:sz w:val="16"/>
        </w:rPr>
        <w:t>Participating countries – tick every country represented in the course.</w:t>
      </w:r>
    </w:p>
    <w:p w14:paraId="0C8186EB" w14:textId="5B7A7673" w:rsidR="008112A0" w:rsidRDefault="00F97AE2">
      <w:pPr>
        <w:spacing w:line="336" w:lineRule="auto"/>
        <w:rPr>
          <w:rFonts w:hint="eastAsia"/>
        </w:rPr>
      </w:pPr>
      <w:sdt>
        <w:sdtPr>
          <w:alias w:val="Åland"/>
          <w:tag w:val="Country_0"/>
          <w:id w:val="-19843853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t>☐</w:t>
          </w:r>
        </w:sdtContent>
      </w:sdt>
      <w:r>
        <w:t xml:space="preserve"> </w:t>
      </w:r>
      <w:proofErr w:type="spellStart"/>
      <w:r>
        <w:t>Åland</w:t>
      </w:r>
      <w:proofErr w:type="spellEnd"/>
      <w:r>
        <w:t xml:space="preserve">    </w:t>
      </w:r>
      <w:sdt>
        <w:sdtPr>
          <w:alias w:val="Denmark"/>
          <w:tag w:val="Country_1"/>
          <w:id w:val="-3224317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10AA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Denmark    </w:t>
      </w:r>
      <w:sdt>
        <w:sdtPr>
          <w:alias w:val="Estonia"/>
          <w:tag w:val="Country_2"/>
          <w:id w:val="-4537034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t>☐</w:t>
          </w:r>
        </w:sdtContent>
      </w:sdt>
      <w:r>
        <w:t xml:space="preserve"> Estonia    </w:t>
      </w:r>
      <w:sdt>
        <w:sdtPr>
          <w:alias w:val="Faroe Islands"/>
          <w:tag w:val="Country_3"/>
          <w:id w:val="-20435872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t>☐</w:t>
          </w:r>
        </w:sdtContent>
      </w:sdt>
      <w:r>
        <w:t xml:space="preserve"> Faroe Islands    </w:t>
      </w:r>
      <w:sdt>
        <w:sdtPr>
          <w:alias w:val="Finland"/>
          <w:tag w:val="Country_4"/>
          <w:id w:val="6630542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t>☐</w:t>
          </w:r>
        </w:sdtContent>
      </w:sdt>
      <w:r>
        <w:t xml:space="preserve"> Finland    </w:t>
      </w:r>
      <w:sdt>
        <w:sdtPr>
          <w:alias w:val="Greenland"/>
          <w:tag w:val="Country_5"/>
          <w:id w:val="20609793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t>☐</w:t>
          </w:r>
        </w:sdtContent>
      </w:sdt>
      <w:r>
        <w:t xml:space="preserve"> Greenland    </w:t>
      </w:r>
      <w:r>
        <w:br/>
      </w:r>
      <w:sdt>
        <w:sdtPr>
          <w:alias w:val="Iceland"/>
          <w:tag w:val="Country_6"/>
          <w:id w:val="15982142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t>☐</w:t>
          </w:r>
        </w:sdtContent>
      </w:sdt>
      <w:r>
        <w:t xml:space="preserve"> Iceland    </w:t>
      </w:r>
      <w:sdt>
        <w:sdtPr>
          <w:alias w:val="Latvia"/>
          <w:tag w:val="Country_7"/>
          <w:id w:val="-17131116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t>☐</w:t>
          </w:r>
        </w:sdtContent>
      </w:sdt>
      <w:r>
        <w:t xml:space="preserve"> Latvia    </w:t>
      </w:r>
      <w:sdt>
        <w:sdtPr>
          <w:alias w:val="Lithuania"/>
          <w:tag w:val="Country_8"/>
          <w:id w:val="-307302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t>☐</w:t>
          </w:r>
        </w:sdtContent>
      </w:sdt>
      <w:r>
        <w:t xml:space="preserve"> Lithuania    </w:t>
      </w:r>
      <w:sdt>
        <w:sdtPr>
          <w:alias w:val="Norway"/>
          <w:tag w:val="Country_9"/>
          <w:id w:val="17756712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t>☐</w:t>
          </w:r>
        </w:sdtContent>
      </w:sdt>
      <w:r>
        <w:t xml:space="preserve"> Norway    </w:t>
      </w:r>
      <w:sdt>
        <w:sdtPr>
          <w:alias w:val="Sweden"/>
          <w:tag w:val="Country_10"/>
          <w:id w:val="-15727372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t>☐</w:t>
          </w:r>
        </w:sdtContent>
      </w:sdt>
      <w:r>
        <w:t xml:space="preserve"> Sweden    </w:t>
      </w:r>
    </w:p>
    <w:p w14:paraId="60218E0E" w14:textId="77777777" w:rsidR="008112A0" w:rsidRDefault="008112A0">
      <w:pPr>
        <w:spacing w:after="0"/>
        <w:rPr>
          <w:rFonts w:hint="eastAsia"/>
        </w:rPr>
      </w:pPr>
    </w:p>
    <w:p w14:paraId="0253A122" w14:textId="77777777" w:rsidR="008112A0" w:rsidRDefault="00F97AE2">
      <w:pPr>
        <w:spacing w:before="120"/>
        <w:rPr>
          <w:rFonts w:hint="eastAsia"/>
        </w:rPr>
      </w:pPr>
      <w:r>
        <w:rPr>
          <w:b/>
          <w:color w:val="333333"/>
        </w:rPr>
        <w:t xml:space="preserve">Changes in </w:t>
      </w:r>
      <w:r>
        <w:rPr>
          <w:b/>
          <w:color w:val="333333"/>
        </w:rPr>
        <w:t>the intensive course</w:t>
      </w:r>
    </w:p>
    <w:p w14:paraId="5D5933FF" w14:textId="77777777" w:rsidR="008112A0" w:rsidRDefault="00F97AE2">
      <w:pPr>
        <w:rPr>
          <w:rFonts w:hint="eastAsia"/>
        </w:rPr>
      </w:pPr>
      <w:r>
        <w:rPr>
          <w:sz w:val="16"/>
        </w:rPr>
        <w:t>If hosting/participating countries, student or teacher numbers, ECTS or duration changed from the application, explain the deviation. Otherwise write “No changes”.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94"/>
      </w:tblGrid>
      <w:tr w:rsidR="008112A0" w14:paraId="456858BA" w14:textId="77777777" w:rsidTr="004F10AA">
        <w:trPr>
          <w:jc w:val="center"/>
        </w:trPr>
        <w:tc>
          <w:tcPr>
            <w:tcW w:w="9994" w:type="dxa"/>
            <w:shd w:val="clear" w:color="auto" w:fill="D9D9D9"/>
            <w:vAlign w:val="center"/>
          </w:tcPr>
          <w:p w14:paraId="422CA2A5" w14:textId="77777777" w:rsidR="008112A0" w:rsidRDefault="00F97AE2">
            <w:pPr>
              <w:spacing w:before="60" w:after="60"/>
              <w:rPr>
                <w:rFonts w:hint="eastAsia"/>
              </w:rPr>
            </w:pPr>
            <w:r>
              <w:rPr>
                <w:b/>
                <w:color w:val="333333"/>
                <w:sz w:val="16"/>
              </w:rPr>
              <w:t>Your answer</w:t>
            </w:r>
          </w:p>
        </w:tc>
      </w:tr>
      <w:tr w:rsidR="008112A0" w14:paraId="6535004A" w14:textId="77777777" w:rsidTr="004F10AA">
        <w:trPr>
          <w:jc w:val="center"/>
        </w:trPr>
        <w:tc>
          <w:tcPr>
            <w:tcW w:w="9994" w:type="dxa"/>
            <w:vAlign w:val="center"/>
          </w:tcPr>
          <w:p w14:paraId="32CD2BA1" w14:textId="23BAEAAC" w:rsidR="008112A0" w:rsidRDefault="008112A0">
            <w:pPr>
              <w:rPr>
                <w:rFonts w:hint="eastAsia"/>
              </w:rPr>
            </w:pPr>
          </w:p>
          <w:p w14:paraId="040F9788" w14:textId="77777777" w:rsidR="008112A0" w:rsidRDefault="00F97AE2">
            <w:pPr>
              <w:rPr>
                <w:rFonts w:hint="eastAsia"/>
              </w:rPr>
            </w:pPr>
            <w:r>
              <w:t xml:space="preserve"> </w:t>
            </w:r>
          </w:p>
        </w:tc>
      </w:tr>
    </w:tbl>
    <w:p w14:paraId="3D590674" w14:textId="77777777" w:rsidR="008112A0" w:rsidRDefault="008112A0">
      <w:pPr>
        <w:spacing w:after="0"/>
        <w:rPr>
          <w:rFonts w:hint="eastAsia"/>
        </w:rPr>
      </w:pPr>
    </w:p>
    <w:p w14:paraId="4D2D176B" w14:textId="327A85D0" w:rsidR="008112A0" w:rsidRDefault="00F97AE2" w:rsidP="004F10AA">
      <w:pPr>
        <w:rPr>
          <w:rFonts w:hint="eastAsia"/>
        </w:rPr>
      </w:pPr>
      <w:proofErr w:type="gramStart"/>
      <w:r>
        <w:rPr>
          <w:b/>
          <w:color w:val="333333"/>
          <w:sz w:val="24"/>
        </w:rPr>
        <w:t>02  Reporting</w:t>
      </w:r>
      <w:proofErr w:type="gramEnd"/>
    </w:p>
    <w:p w14:paraId="55E85204" w14:textId="77777777" w:rsidR="008112A0" w:rsidRDefault="00F97AE2">
      <w:pPr>
        <w:spacing w:before="120"/>
        <w:rPr>
          <w:rFonts w:hint="eastAsia"/>
        </w:rPr>
      </w:pPr>
      <w:r>
        <w:rPr>
          <w:b/>
          <w:color w:val="333333"/>
        </w:rPr>
        <w:t>Overall objectives</w:t>
      </w:r>
    </w:p>
    <w:p w14:paraId="4C9F3DBE" w14:textId="77777777" w:rsidR="008112A0" w:rsidRDefault="00F97AE2">
      <w:pPr>
        <w:rPr>
          <w:rFonts w:hint="eastAsia"/>
        </w:rPr>
      </w:pPr>
      <w:r>
        <w:rPr>
          <w:sz w:val="16"/>
        </w:rPr>
        <w:t>To what extent did the project meet its objectives? Give concrete reasons for success or failure and examples of solutions where relevant.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94"/>
      </w:tblGrid>
      <w:tr w:rsidR="008112A0" w14:paraId="56B7871A" w14:textId="77777777" w:rsidTr="004F10AA">
        <w:trPr>
          <w:jc w:val="center"/>
        </w:trPr>
        <w:tc>
          <w:tcPr>
            <w:tcW w:w="9994" w:type="dxa"/>
            <w:shd w:val="clear" w:color="auto" w:fill="D9D9D9"/>
            <w:vAlign w:val="center"/>
          </w:tcPr>
          <w:p w14:paraId="14107725" w14:textId="77777777" w:rsidR="008112A0" w:rsidRDefault="00F97AE2">
            <w:pPr>
              <w:spacing w:before="60" w:after="60"/>
              <w:rPr>
                <w:rFonts w:hint="eastAsia"/>
              </w:rPr>
            </w:pPr>
            <w:r>
              <w:rPr>
                <w:b/>
                <w:color w:val="333333"/>
                <w:sz w:val="16"/>
              </w:rPr>
              <w:t>Your answer</w:t>
            </w:r>
          </w:p>
        </w:tc>
      </w:tr>
      <w:tr w:rsidR="008112A0" w14:paraId="07A07580" w14:textId="77777777" w:rsidTr="004F10AA">
        <w:trPr>
          <w:jc w:val="center"/>
        </w:trPr>
        <w:tc>
          <w:tcPr>
            <w:tcW w:w="9994" w:type="dxa"/>
            <w:vAlign w:val="center"/>
          </w:tcPr>
          <w:p w14:paraId="3EA39225" w14:textId="7A121BA1" w:rsidR="008112A0" w:rsidRDefault="008112A0">
            <w:pPr>
              <w:rPr>
                <w:rFonts w:hint="eastAsia"/>
              </w:rPr>
            </w:pPr>
          </w:p>
          <w:p w14:paraId="242A58E1" w14:textId="77777777" w:rsidR="008112A0" w:rsidRDefault="00F97AE2">
            <w:pPr>
              <w:rPr>
                <w:rFonts w:hint="eastAsia"/>
              </w:rPr>
            </w:pPr>
            <w:r>
              <w:t xml:space="preserve"> </w:t>
            </w:r>
          </w:p>
        </w:tc>
      </w:tr>
    </w:tbl>
    <w:p w14:paraId="31C86719" w14:textId="77777777" w:rsidR="008112A0" w:rsidRDefault="008112A0">
      <w:pPr>
        <w:spacing w:after="0"/>
        <w:rPr>
          <w:rFonts w:hint="eastAsia"/>
        </w:rPr>
      </w:pPr>
    </w:p>
    <w:p w14:paraId="7027FB60" w14:textId="77777777" w:rsidR="008112A0" w:rsidRDefault="00F97AE2">
      <w:pPr>
        <w:spacing w:before="120"/>
        <w:rPr>
          <w:rFonts w:hint="eastAsia"/>
        </w:rPr>
      </w:pPr>
      <w:r>
        <w:rPr>
          <w:b/>
          <w:color w:val="333333"/>
        </w:rPr>
        <w:t>Activities and collaboration</w:t>
      </w:r>
    </w:p>
    <w:p w14:paraId="48E39526" w14:textId="77777777" w:rsidR="008112A0" w:rsidRDefault="00F97AE2">
      <w:pPr>
        <w:rPr>
          <w:rFonts w:hint="eastAsia"/>
        </w:rPr>
      </w:pPr>
      <w:r>
        <w:rPr>
          <w:sz w:val="16"/>
        </w:rPr>
        <w:t>Were the course,</w:t>
      </w:r>
      <w:r>
        <w:rPr>
          <w:sz w:val="16"/>
        </w:rPr>
        <w:t xml:space="preserve"> cooperation, division of work and management carried out as planned? Explain any changes or difficulties.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94"/>
      </w:tblGrid>
      <w:tr w:rsidR="008112A0" w14:paraId="1D8DF819" w14:textId="77777777" w:rsidTr="004F10AA">
        <w:trPr>
          <w:jc w:val="center"/>
        </w:trPr>
        <w:tc>
          <w:tcPr>
            <w:tcW w:w="9994" w:type="dxa"/>
            <w:shd w:val="clear" w:color="auto" w:fill="D9D9D9"/>
            <w:vAlign w:val="center"/>
          </w:tcPr>
          <w:p w14:paraId="5DDDB5A2" w14:textId="77777777" w:rsidR="008112A0" w:rsidRDefault="00F97AE2">
            <w:pPr>
              <w:spacing w:before="60" w:after="60"/>
              <w:rPr>
                <w:rFonts w:hint="eastAsia"/>
              </w:rPr>
            </w:pPr>
            <w:r>
              <w:rPr>
                <w:b/>
                <w:color w:val="333333"/>
                <w:sz w:val="16"/>
              </w:rPr>
              <w:t>Your answer</w:t>
            </w:r>
          </w:p>
        </w:tc>
      </w:tr>
      <w:tr w:rsidR="008112A0" w14:paraId="3B73529B" w14:textId="77777777" w:rsidTr="004F10AA">
        <w:trPr>
          <w:jc w:val="center"/>
        </w:trPr>
        <w:tc>
          <w:tcPr>
            <w:tcW w:w="9994" w:type="dxa"/>
            <w:vAlign w:val="center"/>
          </w:tcPr>
          <w:p w14:paraId="6E271B27" w14:textId="6320BD7C" w:rsidR="008112A0" w:rsidRDefault="008112A0">
            <w:pPr>
              <w:rPr>
                <w:rFonts w:hint="eastAsia"/>
              </w:rPr>
            </w:pPr>
          </w:p>
          <w:p w14:paraId="6D4998AF" w14:textId="77777777" w:rsidR="008112A0" w:rsidRDefault="00F97AE2">
            <w:pPr>
              <w:rPr>
                <w:rFonts w:hint="eastAsia"/>
              </w:rPr>
            </w:pPr>
            <w:r>
              <w:t xml:space="preserve"> </w:t>
            </w:r>
          </w:p>
        </w:tc>
      </w:tr>
    </w:tbl>
    <w:p w14:paraId="5234E6D7" w14:textId="77777777" w:rsidR="008112A0" w:rsidRDefault="008112A0">
      <w:pPr>
        <w:spacing w:after="0"/>
        <w:rPr>
          <w:rFonts w:hint="eastAsia"/>
        </w:rPr>
      </w:pPr>
    </w:p>
    <w:p w14:paraId="52889A79" w14:textId="77777777" w:rsidR="008112A0" w:rsidRDefault="00F97AE2">
      <w:pPr>
        <w:spacing w:before="120"/>
        <w:rPr>
          <w:rFonts w:hint="eastAsia"/>
        </w:rPr>
      </w:pPr>
      <w:r>
        <w:rPr>
          <w:b/>
          <w:color w:val="333333"/>
        </w:rPr>
        <w:t>Results and outcomes</w:t>
      </w:r>
    </w:p>
    <w:p w14:paraId="5D9B0206" w14:textId="77777777" w:rsidR="008112A0" w:rsidRDefault="00F97AE2">
      <w:pPr>
        <w:rPr>
          <w:rFonts w:hint="eastAsia"/>
        </w:rPr>
      </w:pPr>
      <w:r>
        <w:rPr>
          <w:sz w:val="16"/>
        </w:rPr>
        <w:t>Were planned results achieved? Describe outputs and give web links where ap</w:t>
      </w:r>
      <w:r>
        <w:rPr>
          <w:sz w:val="16"/>
        </w:rPr>
        <w:t>plicable.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94"/>
      </w:tblGrid>
      <w:tr w:rsidR="008112A0" w14:paraId="6B808C86" w14:textId="77777777" w:rsidTr="004F10AA">
        <w:trPr>
          <w:jc w:val="center"/>
        </w:trPr>
        <w:tc>
          <w:tcPr>
            <w:tcW w:w="999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1EA999DE" w14:textId="77777777" w:rsidR="008112A0" w:rsidRDefault="00F97AE2">
            <w:pPr>
              <w:spacing w:before="60" w:after="60"/>
              <w:rPr>
                <w:rFonts w:hint="eastAsia"/>
              </w:rPr>
            </w:pPr>
            <w:r>
              <w:rPr>
                <w:b/>
                <w:color w:val="333333"/>
                <w:sz w:val="16"/>
              </w:rPr>
              <w:lastRenderedPageBreak/>
              <w:t>Your answer</w:t>
            </w:r>
          </w:p>
        </w:tc>
      </w:tr>
      <w:tr w:rsidR="008112A0" w14:paraId="78957EA6" w14:textId="77777777" w:rsidTr="004F10AA">
        <w:trPr>
          <w:jc w:val="center"/>
        </w:trPr>
        <w:tc>
          <w:tcPr>
            <w:tcW w:w="9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0AC07" w14:textId="6D760167" w:rsidR="008112A0" w:rsidRDefault="008112A0">
            <w:pPr>
              <w:rPr>
                <w:rFonts w:hint="eastAsia"/>
              </w:rPr>
            </w:pPr>
          </w:p>
          <w:p w14:paraId="14F43B59" w14:textId="77777777" w:rsidR="008112A0" w:rsidRDefault="00F97AE2">
            <w:pPr>
              <w:rPr>
                <w:rFonts w:hint="eastAsia"/>
              </w:rPr>
            </w:pPr>
            <w:r>
              <w:t xml:space="preserve"> </w:t>
            </w:r>
          </w:p>
        </w:tc>
      </w:tr>
    </w:tbl>
    <w:p w14:paraId="1A28A4C9" w14:textId="77777777" w:rsidR="008112A0" w:rsidRDefault="008112A0">
      <w:pPr>
        <w:spacing w:after="0"/>
        <w:rPr>
          <w:rFonts w:hint="eastAsia"/>
        </w:rPr>
      </w:pPr>
    </w:p>
    <w:p w14:paraId="24467DE0" w14:textId="77777777" w:rsidR="008112A0" w:rsidRDefault="00F97AE2">
      <w:pPr>
        <w:spacing w:before="120"/>
        <w:rPr>
          <w:rFonts w:hint="eastAsia"/>
        </w:rPr>
      </w:pPr>
      <w:r>
        <w:rPr>
          <w:b/>
          <w:color w:val="333333"/>
        </w:rPr>
        <w:t>Impact and dissemination</w:t>
      </w:r>
    </w:p>
    <w:p w14:paraId="3F57BF76" w14:textId="77777777" w:rsidR="008112A0" w:rsidRDefault="00F97AE2">
      <w:pPr>
        <w:rPr>
          <w:rFonts w:hint="eastAsia"/>
        </w:rPr>
      </w:pPr>
      <w:r>
        <w:rPr>
          <w:sz w:val="16"/>
        </w:rPr>
        <w:t>What was the impact on students, teachers and institutions? How have results been, or will they be, shared?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94"/>
      </w:tblGrid>
      <w:tr w:rsidR="008112A0" w14:paraId="7F4F3357" w14:textId="77777777" w:rsidTr="004F10AA">
        <w:trPr>
          <w:jc w:val="center"/>
        </w:trPr>
        <w:tc>
          <w:tcPr>
            <w:tcW w:w="9994" w:type="dxa"/>
            <w:shd w:val="clear" w:color="auto" w:fill="D9D9D9"/>
            <w:vAlign w:val="center"/>
          </w:tcPr>
          <w:p w14:paraId="2458D77A" w14:textId="77777777" w:rsidR="008112A0" w:rsidRDefault="00F97AE2">
            <w:pPr>
              <w:spacing w:before="60" w:after="60"/>
              <w:rPr>
                <w:rFonts w:hint="eastAsia"/>
              </w:rPr>
            </w:pPr>
            <w:r>
              <w:rPr>
                <w:b/>
                <w:color w:val="333333"/>
                <w:sz w:val="16"/>
              </w:rPr>
              <w:t>Your answer</w:t>
            </w:r>
          </w:p>
        </w:tc>
      </w:tr>
      <w:tr w:rsidR="008112A0" w14:paraId="0D38F0BA" w14:textId="77777777" w:rsidTr="004F10AA">
        <w:trPr>
          <w:jc w:val="center"/>
        </w:trPr>
        <w:tc>
          <w:tcPr>
            <w:tcW w:w="9994" w:type="dxa"/>
            <w:vAlign w:val="center"/>
          </w:tcPr>
          <w:p w14:paraId="4BC1A777" w14:textId="28FF83F4" w:rsidR="008112A0" w:rsidRDefault="008112A0">
            <w:pPr>
              <w:rPr>
                <w:rFonts w:hint="eastAsia"/>
              </w:rPr>
            </w:pPr>
          </w:p>
          <w:p w14:paraId="5F424AB5" w14:textId="77777777" w:rsidR="008112A0" w:rsidRDefault="00F97AE2">
            <w:pPr>
              <w:rPr>
                <w:rFonts w:hint="eastAsia"/>
              </w:rPr>
            </w:pPr>
            <w:r>
              <w:t xml:space="preserve"> </w:t>
            </w:r>
          </w:p>
        </w:tc>
      </w:tr>
    </w:tbl>
    <w:p w14:paraId="5C77C36B" w14:textId="77777777" w:rsidR="008112A0" w:rsidRDefault="008112A0">
      <w:pPr>
        <w:spacing w:after="0"/>
        <w:rPr>
          <w:rFonts w:hint="eastAsia"/>
        </w:rPr>
      </w:pPr>
    </w:p>
    <w:p w14:paraId="7990D462" w14:textId="77777777" w:rsidR="008112A0" w:rsidRDefault="00F97AE2">
      <w:pPr>
        <w:spacing w:before="240" w:after="120"/>
        <w:rPr>
          <w:rFonts w:hint="eastAsia"/>
        </w:rPr>
      </w:pPr>
      <w:r>
        <w:rPr>
          <w:b/>
          <w:color w:val="333333"/>
          <w:sz w:val="24"/>
        </w:rPr>
        <w:t xml:space="preserve">03  </w:t>
      </w:r>
      <w:r>
        <w:rPr>
          <w:b/>
          <w:color w:val="333333"/>
          <w:sz w:val="24"/>
        </w:rPr>
        <w:t>Expenditure · EUR</w:t>
      </w:r>
    </w:p>
    <w:p w14:paraId="44309EC0" w14:textId="77777777" w:rsidR="008112A0" w:rsidRDefault="00F97AE2">
      <w:pPr>
        <w:spacing w:after="120"/>
        <w:rPr>
          <w:rFonts w:hint="eastAsia"/>
        </w:rPr>
      </w:pPr>
      <w:r>
        <w:rPr>
          <w:color w:val="333333"/>
          <w:sz w:val="16"/>
        </w:rPr>
        <w:t>Enter the amount of Nordplus grant used. Espresso calculates the totals.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56"/>
        <w:gridCol w:w="2664"/>
      </w:tblGrid>
      <w:tr w:rsidR="008112A0" w14:paraId="502C796D" w14:textId="77777777" w:rsidTr="004F10AA">
        <w:trPr>
          <w:jc w:val="center"/>
        </w:trPr>
        <w:tc>
          <w:tcPr>
            <w:tcW w:w="7056" w:type="dxa"/>
            <w:shd w:val="clear" w:color="auto" w:fill="D9D9D9"/>
            <w:vAlign w:val="center"/>
          </w:tcPr>
          <w:p w14:paraId="1846FC00" w14:textId="77777777" w:rsidR="008112A0" w:rsidRDefault="00F97AE2">
            <w:pPr>
              <w:spacing w:before="60" w:after="60"/>
              <w:rPr>
                <w:rFonts w:hint="eastAsia"/>
              </w:rPr>
            </w:pPr>
            <w:r>
              <w:rPr>
                <w:b/>
                <w:color w:val="333333"/>
                <w:sz w:val="16"/>
              </w:rPr>
              <w:t>Activity</w:t>
            </w:r>
          </w:p>
        </w:tc>
        <w:tc>
          <w:tcPr>
            <w:tcW w:w="2664" w:type="dxa"/>
            <w:shd w:val="clear" w:color="auto" w:fill="D9D9D9"/>
            <w:vAlign w:val="center"/>
          </w:tcPr>
          <w:p w14:paraId="763E5414" w14:textId="77777777" w:rsidR="008112A0" w:rsidRDefault="00F97AE2">
            <w:pPr>
              <w:spacing w:before="60" w:after="60"/>
              <w:rPr>
                <w:rFonts w:hint="eastAsia"/>
              </w:rPr>
            </w:pPr>
            <w:r>
              <w:rPr>
                <w:b/>
                <w:color w:val="333333"/>
                <w:sz w:val="16"/>
              </w:rPr>
              <w:t>Nordplus grant used (€)</w:t>
            </w:r>
          </w:p>
        </w:tc>
      </w:tr>
      <w:tr w:rsidR="008112A0" w14:paraId="5DFDFBAA" w14:textId="77777777" w:rsidTr="004F10AA">
        <w:trPr>
          <w:jc w:val="center"/>
        </w:trPr>
        <w:tc>
          <w:tcPr>
            <w:tcW w:w="7056" w:type="dxa"/>
            <w:vAlign w:val="center"/>
          </w:tcPr>
          <w:p w14:paraId="553B35AB" w14:textId="77777777" w:rsidR="008112A0" w:rsidRDefault="00F97AE2">
            <w:pPr>
              <w:spacing w:before="60" w:after="60"/>
              <w:rPr>
                <w:rFonts w:hint="eastAsia"/>
              </w:rPr>
            </w:pPr>
            <w:r>
              <w:rPr>
                <w:sz w:val="16"/>
              </w:rPr>
              <w:t>Organisational costs</w:t>
            </w:r>
          </w:p>
        </w:tc>
        <w:tc>
          <w:tcPr>
            <w:tcW w:w="2664" w:type="dxa"/>
            <w:vAlign w:val="center"/>
          </w:tcPr>
          <w:p w14:paraId="5B86D09D" w14:textId="77777777" w:rsidR="008112A0" w:rsidRDefault="00F97AE2">
            <w:pPr>
              <w:spacing w:before="60" w:after="60"/>
              <w:rPr>
                <w:rFonts w:hint="eastAsia"/>
              </w:rPr>
            </w:pPr>
            <w:r>
              <w:rPr>
                <w:sz w:val="16"/>
              </w:rPr>
              <w:t>[€]</w:t>
            </w:r>
          </w:p>
        </w:tc>
      </w:tr>
      <w:tr w:rsidR="008112A0" w14:paraId="73DF0D3F" w14:textId="77777777" w:rsidTr="004F10AA">
        <w:trPr>
          <w:jc w:val="center"/>
        </w:trPr>
        <w:tc>
          <w:tcPr>
            <w:tcW w:w="7056" w:type="dxa"/>
            <w:vAlign w:val="center"/>
          </w:tcPr>
          <w:p w14:paraId="73AC806C" w14:textId="77777777" w:rsidR="008112A0" w:rsidRDefault="00F97AE2">
            <w:pPr>
              <w:spacing w:before="60" w:after="60"/>
              <w:rPr>
                <w:rFonts w:hint="eastAsia"/>
              </w:rPr>
            </w:pPr>
            <w:r>
              <w:rPr>
                <w:sz w:val="16"/>
              </w:rPr>
              <w:t>Travel and subsistence</w:t>
            </w:r>
          </w:p>
        </w:tc>
        <w:tc>
          <w:tcPr>
            <w:tcW w:w="2664" w:type="dxa"/>
            <w:vAlign w:val="center"/>
          </w:tcPr>
          <w:p w14:paraId="3BC79D01" w14:textId="77777777" w:rsidR="008112A0" w:rsidRDefault="00F97AE2">
            <w:pPr>
              <w:spacing w:before="60" w:after="60"/>
              <w:rPr>
                <w:rFonts w:hint="eastAsia"/>
              </w:rPr>
            </w:pPr>
            <w:r>
              <w:rPr>
                <w:sz w:val="16"/>
              </w:rPr>
              <w:t>[€]</w:t>
            </w:r>
          </w:p>
        </w:tc>
      </w:tr>
      <w:tr w:rsidR="008112A0" w14:paraId="10ADF492" w14:textId="77777777" w:rsidTr="004F10AA">
        <w:trPr>
          <w:jc w:val="center"/>
        </w:trPr>
        <w:tc>
          <w:tcPr>
            <w:tcW w:w="7056" w:type="dxa"/>
            <w:vAlign w:val="center"/>
          </w:tcPr>
          <w:p w14:paraId="4F0C1A94" w14:textId="77777777" w:rsidR="008112A0" w:rsidRDefault="00F97AE2">
            <w:pPr>
              <w:spacing w:before="60" w:after="60"/>
              <w:rPr>
                <w:rFonts w:hint="eastAsia"/>
              </w:rPr>
            </w:pPr>
            <w:r>
              <w:rPr>
                <w:sz w:val="16"/>
              </w:rPr>
              <w:t>TOTAL</w:t>
            </w:r>
          </w:p>
        </w:tc>
        <w:tc>
          <w:tcPr>
            <w:tcW w:w="2664" w:type="dxa"/>
            <w:vAlign w:val="center"/>
          </w:tcPr>
          <w:p w14:paraId="1E6480CD" w14:textId="77777777" w:rsidR="008112A0" w:rsidRDefault="00F97AE2">
            <w:pPr>
              <w:spacing w:before="60" w:after="60"/>
              <w:rPr>
                <w:rFonts w:hint="eastAsia"/>
              </w:rPr>
            </w:pPr>
            <w:r>
              <w:rPr>
                <w:sz w:val="16"/>
              </w:rPr>
              <w:t>[€]</w:t>
            </w:r>
          </w:p>
        </w:tc>
      </w:tr>
    </w:tbl>
    <w:p w14:paraId="7C8C2C13" w14:textId="77777777" w:rsidR="008112A0" w:rsidRDefault="008112A0">
      <w:pPr>
        <w:spacing w:after="0"/>
        <w:rPr>
          <w:rFonts w:hint="eastAsia"/>
        </w:rPr>
      </w:pPr>
    </w:p>
    <w:p w14:paraId="2883C718" w14:textId="77777777" w:rsidR="008112A0" w:rsidRDefault="00F97AE2">
      <w:pPr>
        <w:spacing w:before="120"/>
        <w:rPr>
          <w:rFonts w:hint="eastAsia"/>
        </w:rPr>
      </w:pPr>
      <w:r>
        <w:rPr>
          <w:b/>
          <w:color w:val="333333"/>
        </w:rPr>
        <w:t>Comments on expenditure</w:t>
      </w:r>
    </w:p>
    <w:p w14:paraId="6279B6AA" w14:textId="77777777" w:rsidR="008112A0" w:rsidRDefault="00F97AE2">
      <w:pPr>
        <w:rPr>
          <w:rFonts w:hint="eastAsia"/>
        </w:rPr>
      </w:pPr>
      <w:r>
        <w:rPr>
          <w:sz w:val="16"/>
        </w:rPr>
        <w:t xml:space="preserve">Specify organisational cost categories </w:t>
      </w:r>
      <w:r>
        <w:rPr>
          <w:sz w:val="16"/>
        </w:rPr>
        <w:t>and amount used per category. If any Nordplus funding was not used, explain why.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94"/>
      </w:tblGrid>
      <w:tr w:rsidR="008112A0" w14:paraId="1FBFE736" w14:textId="77777777" w:rsidTr="004F10AA">
        <w:trPr>
          <w:jc w:val="center"/>
        </w:trPr>
        <w:tc>
          <w:tcPr>
            <w:tcW w:w="999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72617484" w14:textId="77777777" w:rsidR="008112A0" w:rsidRDefault="00F97AE2">
            <w:pPr>
              <w:spacing w:before="60" w:after="60"/>
              <w:rPr>
                <w:rFonts w:hint="eastAsia"/>
              </w:rPr>
            </w:pPr>
            <w:r>
              <w:rPr>
                <w:b/>
                <w:color w:val="333333"/>
                <w:sz w:val="16"/>
              </w:rPr>
              <w:t>Your answer</w:t>
            </w:r>
          </w:p>
        </w:tc>
      </w:tr>
      <w:tr w:rsidR="008112A0" w14:paraId="6ADCFD34" w14:textId="77777777" w:rsidTr="004F10AA">
        <w:trPr>
          <w:jc w:val="center"/>
        </w:trPr>
        <w:tc>
          <w:tcPr>
            <w:tcW w:w="9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2135F" w14:textId="16467B93" w:rsidR="008112A0" w:rsidRDefault="008112A0">
            <w:pPr>
              <w:rPr>
                <w:rFonts w:hint="eastAsia"/>
              </w:rPr>
            </w:pPr>
          </w:p>
          <w:p w14:paraId="7EFDD4E3" w14:textId="77777777" w:rsidR="008112A0" w:rsidRDefault="00F97AE2">
            <w:pPr>
              <w:rPr>
                <w:rFonts w:hint="eastAsia"/>
              </w:rPr>
            </w:pPr>
            <w:r>
              <w:t xml:space="preserve"> </w:t>
            </w:r>
          </w:p>
        </w:tc>
      </w:tr>
    </w:tbl>
    <w:p w14:paraId="3AEA991F" w14:textId="77777777" w:rsidR="008112A0" w:rsidRDefault="008112A0">
      <w:pPr>
        <w:spacing w:after="0"/>
        <w:rPr>
          <w:rFonts w:hint="eastAsia"/>
        </w:rPr>
      </w:pPr>
    </w:p>
    <w:p w14:paraId="21F7A2F4" w14:textId="5431B52C" w:rsidR="008112A0" w:rsidRDefault="00F97AE2" w:rsidP="004F10AA">
      <w:pPr>
        <w:rPr>
          <w:rFonts w:hint="eastAsia"/>
        </w:rPr>
      </w:pPr>
      <w:proofErr w:type="gramStart"/>
      <w:r>
        <w:rPr>
          <w:b/>
          <w:color w:val="333333"/>
          <w:sz w:val="24"/>
        </w:rPr>
        <w:t>04  Individual</w:t>
      </w:r>
      <w:proofErr w:type="gramEnd"/>
      <w:r>
        <w:rPr>
          <w:b/>
          <w:color w:val="333333"/>
          <w:sz w:val="24"/>
        </w:rPr>
        <w:t xml:space="preserve"> mobility entries</w:t>
      </w:r>
    </w:p>
    <w:p w14:paraId="343320F7" w14:textId="77777777" w:rsidR="008112A0" w:rsidRDefault="00F97AE2">
      <w:pPr>
        <w:spacing w:after="120"/>
        <w:rPr>
          <w:rFonts w:hint="eastAsia"/>
        </w:rPr>
      </w:pPr>
      <w:r>
        <w:rPr>
          <w:color w:val="333333"/>
          <w:sz w:val="16"/>
        </w:rPr>
        <w:t>One row per student or teacher. Use the dropdowns in Word for Type and Gender; choose or</w:t>
      </w:r>
      <w:r>
        <w:rPr>
          <w:color w:val="333333"/>
          <w:sz w:val="16"/>
        </w:rPr>
        <w:t xml:space="preserve"> type the institutions. The intensive course name is the title on page 1 and applies to every row.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12"/>
        <w:gridCol w:w="3283"/>
        <w:gridCol w:w="3283"/>
        <w:gridCol w:w="1642"/>
      </w:tblGrid>
      <w:tr w:rsidR="008112A0" w14:paraId="10648CF8" w14:textId="77777777" w:rsidTr="004F10AA">
        <w:trPr>
          <w:jc w:val="center"/>
        </w:trPr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88471A8" w14:textId="77777777" w:rsidR="008112A0" w:rsidRDefault="00F97AE2">
            <w:pPr>
              <w:spacing w:before="60" w:after="60"/>
              <w:rPr>
                <w:rFonts w:hint="eastAsia"/>
              </w:rPr>
            </w:pPr>
            <w:r>
              <w:rPr>
                <w:b/>
                <w:color w:val="333333"/>
                <w:sz w:val="16"/>
              </w:rPr>
              <w:t>Type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C091045" w14:textId="77777777" w:rsidR="008112A0" w:rsidRDefault="00F97AE2">
            <w:pPr>
              <w:spacing w:before="60" w:after="60"/>
              <w:rPr>
                <w:rFonts w:hint="eastAsia"/>
              </w:rPr>
            </w:pPr>
            <w:r>
              <w:rPr>
                <w:b/>
                <w:color w:val="333333"/>
                <w:sz w:val="16"/>
              </w:rPr>
              <w:t>From institution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2C229E5" w14:textId="77777777" w:rsidR="008112A0" w:rsidRDefault="00F97AE2">
            <w:pPr>
              <w:spacing w:before="60" w:after="60"/>
              <w:rPr>
                <w:rFonts w:hint="eastAsia"/>
              </w:rPr>
            </w:pPr>
            <w:r>
              <w:rPr>
                <w:b/>
                <w:color w:val="333333"/>
                <w:sz w:val="16"/>
              </w:rPr>
              <w:t>To institution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DCDEF5C" w14:textId="77777777" w:rsidR="008112A0" w:rsidRDefault="00F97AE2">
            <w:pPr>
              <w:spacing w:before="60" w:after="60"/>
              <w:rPr>
                <w:rFonts w:hint="eastAsia"/>
              </w:rPr>
            </w:pPr>
            <w:r>
              <w:rPr>
                <w:b/>
                <w:color w:val="333333"/>
                <w:sz w:val="16"/>
              </w:rPr>
              <w:t>Gender</w:t>
            </w:r>
          </w:p>
        </w:tc>
      </w:tr>
      <w:tr w:rsidR="008112A0" w14:paraId="604FD334" w14:textId="77777777" w:rsidTr="004F10AA">
        <w:trPr>
          <w:jc w:val="center"/>
        </w:trPr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0C9E7" w14:textId="77777777" w:rsidR="008112A0" w:rsidRDefault="00F97AE2">
            <w:pPr>
              <w:rPr>
                <w:rFonts w:hint="eastAsia"/>
              </w:rPr>
            </w:pPr>
            <w:sdt>
              <w:sdtPr>
                <w:alias w:val="Select 1"/>
                <w:tag w:val="KUNO_1"/>
                <w:id w:val="119657302"/>
                <w:dropDownList>
                  <w:listItem w:displayText="Select..." w:value="Select..."/>
                  <w:listItem w:displayText="Students" w:value="Students"/>
                  <w:listItem w:displayText="Teachers" w:value="Teachers"/>
                </w:dropDownList>
              </w:sdtPr>
              <w:sdtEndPr/>
              <w:sdtContent>
                <w:r>
                  <w:t>Select...</w:t>
                </w:r>
              </w:sdtContent>
            </w:sdt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E8B84" w14:textId="77777777" w:rsidR="008112A0" w:rsidRDefault="00F97AE2">
            <w:pPr>
              <w:rPr>
                <w:rFonts w:hint="eastAsia"/>
              </w:rPr>
            </w:pPr>
            <w:sdt>
              <w:sdtPr>
                <w:alias w:val="Select 2"/>
                <w:tag w:val="KUNO_2"/>
                <w:id w:val="-376779381"/>
                <w:dropDownList>
                  <w:listItem w:displayText="Choose institution" w:value="Choose institution"/>
                  <w:listItem w:displayText="Aalto University, School of Arts, Design and Architecture" w:value="Aalto University, School of Arts, Design and Architecture"/>
                  <w:listItem w:displayText="Art Academy of Latvia" w:value="Art Academy of Latvia"/>
                  <w:listItem w:displayText="Design School Kolding" w:value="Design School Kolding"/>
                  <w:listItem w:displayText="Estonian Academy of Arts" w:value="Estonian Academy of Arts"/>
                  <w:listItem w:displayText="Iceland University of the Arts" w:value="Iceland University of the Arts"/>
                  <w:listItem w:displayText="Konstfack" w:value="Konstfack"/>
                  <w:listItem w:displayText="Royal Danish Academy" w:value="Royal Danish Academy"/>
                  <w:listItem w:displayText="Kristiania University College – Westerdals Department of Communication and Design" w:value="Kristiania University College – Westerdals Department of Communication and Design"/>
                  <w:listItem w:displayText="LAB University of Applied Sciences, Institute of Design and Fine Arts" w:value="LAB University of Applied Sciences, Institute of Design and Fine Arts"/>
                  <w:listItem w:displayText="Linnaeus University" w:value="Linnaeus University"/>
                  <w:listItem w:displayText="Lund University – School of Industrial Design" w:value="Lund University – School of Industrial Design"/>
                  <w:listItem w:displayText="Norwegian University of Science and Technology - NTNU, Faculty of Architecture and Design" w:value="Norwegian University of Science and Technology - NTNU, Faculty of Architecture and Design"/>
                  <w:listItem w:displayText="Oslo National Academy of Arts" w:value="Oslo National Academy of Arts"/>
                  <w:listItem w:displayText="Oslo School of Architecture and Design" w:value="Oslo School of Architecture and Design"/>
                  <w:listItem w:displayText="OsloMet – Oslo Metropolitan University" w:value="OsloMet – Oslo Metropolitan University"/>
                  <w:listItem w:displayText="Pallas University of Applied Sciences" w:value="Pallas University of Applied Sciences"/>
                  <w:listItem w:displayText="Umeå Institute of Design" w:value="Umeå Institute of Design"/>
                  <w:listItem w:displayText="University of Lapland" w:value="University of Lapland"/>
                  <w:listItem w:displayText="University of Bergen, Faculty of Fine Art, Music and Design" w:value="University of Bergen, Faculty of Fine Art, Music and Design"/>
                  <w:listItem w:displayText="University of Gothenburg, HDK - Academy of Design &amp; Crafts" w:value="University of Gothenburg, HDK - Academy of Design &amp; Crafts"/>
                  <w:listItem w:displayText="Vilnius Academy of Arts" w:value="Vilnius Academy of Arts"/>
                  <w:listItem w:displayText="The Swedish School of Textiles University of Borås" w:value="The Swedish School of Textiles University of Borås"/>
                </w:dropDownList>
              </w:sdtPr>
              <w:sdtEndPr/>
              <w:sdtContent>
                <w:r>
                  <w:t>Choose institution</w:t>
                </w:r>
              </w:sdtContent>
            </w:sdt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B36AC" w14:textId="77777777" w:rsidR="008112A0" w:rsidRDefault="00F97AE2">
            <w:pPr>
              <w:rPr>
                <w:rFonts w:hint="eastAsia"/>
              </w:rPr>
            </w:pPr>
            <w:sdt>
              <w:sdtPr>
                <w:alias w:val="Select 3"/>
                <w:tag w:val="KUNO_3"/>
                <w:id w:val="-1085915330"/>
                <w:dropDownList>
                  <w:listItem w:displayText="Choose institution" w:value="Choose institution"/>
                  <w:listItem w:displayText="Aalto University, School of Arts, Design and Architecture" w:value="Aalto University, School of Arts, Design and Architecture"/>
                  <w:listItem w:displayText="Art Academy of Latvia" w:value="Art Academy of Latvia"/>
                  <w:listItem w:displayText="Design School Kolding" w:value="Design School Kolding"/>
                  <w:listItem w:displayText="Estonian Academy of Arts" w:value="Estonian Academy of Arts"/>
                  <w:listItem w:displayText="Iceland University of the Arts" w:value="Iceland University of the Arts"/>
                  <w:listItem w:displayText="Konstfack" w:value="Konstfack"/>
                  <w:listItem w:displayText="Royal Danish Academy" w:value="Royal Danish Academy"/>
                  <w:listItem w:displayText="Kristiania University College – Westerdals Department of Communication and Design" w:value="Kristiania University College – Westerdals Department of Communication and Design"/>
                  <w:listItem w:displayText="LAB University of Applied Sciences, Institute of Design and Fine Arts" w:value="LAB University of Applied Sciences, Institute of Design and Fine Arts"/>
                  <w:listItem w:displayText="Linnaeus University" w:value="Linnaeus University"/>
                  <w:listItem w:displayText="Lund University – School of Industrial Design" w:value="Lund University – School of Industrial Design"/>
                  <w:listItem w:displayText="Norwegian University of Science and Technology - NTNU, Faculty of Architecture and Design" w:value="Norwegian University of Science and Technology - NTNU, Faculty of Architecture and Design"/>
                  <w:listItem w:displayText="Oslo National Academy of Arts" w:value="Oslo National Academy of Arts"/>
                  <w:listItem w:displayText="Oslo School of Architecture and Design" w:value="Oslo School of Architecture and Design"/>
                  <w:listItem w:displayText="OsloMet – Oslo Metropolitan University" w:value="OsloMet – Oslo Metropolitan University"/>
                  <w:listItem w:displayText="Pallas University of Applied Sciences" w:value="Pallas University of Applied Sciences"/>
                  <w:listItem w:displayText="Umeå Institute of Design" w:value="Umeå Institute of Design"/>
                  <w:listItem w:displayText="University of Lapland" w:value="University of Lapland"/>
                  <w:listItem w:displayText="University of Bergen, Faculty of Fine Art, Music and Design" w:value="University of Bergen, Faculty of Fine Art, Music and Design"/>
                  <w:listItem w:displayText="University of Gothenburg, HDK - Academy of Design &amp; Crafts" w:value="University of Gothenburg, HDK - Academy of Design &amp; Crafts"/>
                  <w:listItem w:displayText="Vilnius Academy of Arts" w:value="Vilnius Academy of Arts"/>
                  <w:listItem w:displayText="The Swedish School of Textiles University of Borås" w:value="The Swedish School of Textiles University of Borås"/>
                </w:dropDownList>
              </w:sdtPr>
              <w:sdtEndPr/>
              <w:sdtContent>
                <w:r>
                  <w:t>Choose institution</w:t>
                </w:r>
              </w:sdtContent>
            </w:sdt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D37BA" w14:textId="77777777" w:rsidR="008112A0" w:rsidRDefault="00F97AE2">
            <w:pPr>
              <w:rPr>
                <w:rFonts w:hint="eastAsia"/>
              </w:rPr>
            </w:pPr>
            <w:sdt>
              <w:sdtPr>
                <w:alias w:val="Select 4"/>
                <w:tag w:val="KUNO_4"/>
                <w:id w:val="1905483427"/>
                <w:dropDownList>
                  <w:listItem w:displayText="Select..." w:value="Select..."/>
                  <w:listItem w:displayText="Male" w:value="Male"/>
                  <w:listItem w:displayText="Female" w:value="Female"/>
                  <w:listItem w:displayText="Other" w:value="Other"/>
                </w:dropDownList>
              </w:sdtPr>
              <w:sdtEndPr/>
              <w:sdtContent>
                <w:r>
                  <w:t>Select...</w:t>
                </w:r>
              </w:sdtContent>
            </w:sdt>
          </w:p>
        </w:tc>
      </w:tr>
      <w:tr w:rsidR="008112A0" w14:paraId="7DFFE325" w14:textId="77777777" w:rsidTr="004F10AA">
        <w:trPr>
          <w:jc w:val="center"/>
        </w:trPr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65CD0" w14:textId="77777777" w:rsidR="008112A0" w:rsidRDefault="00F97AE2">
            <w:pPr>
              <w:rPr>
                <w:rFonts w:hint="eastAsia"/>
              </w:rPr>
            </w:pPr>
            <w:sdt>
              <w:sdtPr>
                <w:alias w:val="Select 5"/>
                <w:tag w:val="KUNO_5"/>
                <w:id w:val="-86923893"/>
                <w:dropDownList>
                  <w:listItem w:displayText="Select..." w:value="Select..."/>
                  <w:listItem w:displayText="Students" w:value="Students"/>
                  <w:listItem w:displayText="Teachers" w:value="Teachers"/>
                </w:dropDownList>
              </w:sdtPr>
              <w:sdtEndPr/>
              <w:sdtContent>
                <w:r>
                  <w:t>Select...</w:t>
                </w:r>
              </w:sdtContent>
            </w:sdt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3791E" w14:textId="77777777" w:rsidR="008112A0" w:rsidRDefault="00F97AE2">
            <w:pPr>
              <w:rPr>
                <w:rFonts w:hint="eastAsia"/>
              </w:rPr>
            </w:pPr>
            <w:sdt>
              <w:sdtPr>
                <w:alias w:val="Select 6"/>
                <w:tag w:val="KUNO_6"/>
                <w:id w:val="579719002"/>
                <w:dropDownList>
                  <w:listItem w:displayText="Choose institution" w:value="Choose institution"/>
                  <w:listItem w:displayText="Aalto University, School of Arts, Design and Architecture" w:value="Aalto University, School of Arts, Design and Architecture"/>
                  <w:listItem w:displayText="Art Academy of Latvia" w:value="Art Academy of Latvia"/>
                  <w:listItem w:displayText="Design School Kolding" w:value="Design School Kolding"/>
                  <w:listItem w:displayText="Estonian Academy of Arts" w:value="Estonian Academy of Arts"/>
                  <w:listItem w:displayText="Iceland University of the Arts" w:value="Iceland University of the Arts"/>
                  <w:listItem w:displayText="Konstfack" w:value="Konstfack"/>
                  <w:listItem w:displayText="Royal Danish Academy" w:value="Royal Danish Academy"/>
                  <w:listItem w:displayText="Kristiania University College – Westerdals Department of Communication and Design" w:value="Kristiania University College – Westerdals Department of Communication and Design"/>
                  <w:listItem w:displayText="LAB University of Applied Sciences, Institute of Design and Fine Arts" w:value="LAB University of Applied Sciences, Institute of Design and Fine Arts"/>
                  <w:listItem w:displayText="Linnaeus University" w:value="Linnaeus University"/>
                  <w:listItem w:displayText="Lund University – School of Industrial Design" w:value="Lund University – School of Industrial Design"/>
                  <w:listItem w:displayText="Norwegian University of Science and Technology - NTNU, Faculty of Architecture and Design" w:value="Norwegian University of Science and Technology - NTNU, Faculty of Architecture and Design"/>
                  <w:listItem w:displayText="Oslo National Academy of Arts" w:value="Oslo National Academy of Arts"/>
                  <w:listItem w:displayText="Oslo School of Architecture and Design" w:value="Oslo School of Architecture and Design"/>
                  <w:listItem w:displayText="OsloMet – Oslo Metropolitan University" w:value="OsloMet – Oslo Metropolitan University"/>
                  <w:listItem w:displayText="Pallas University of Applied Sciences" w:value="Pallas University of Applied Sciences"/>
                  <w:listItem w:displayText="Umeå Institute of Design" w:value="Umeå Institute of Design"/>
                  <w:listItem w:displayText="University of Lapland" w:value="University of Lapland"/>
                  <w:listItem w:displayText="University of Bergen, Faculty of Fine Art, Music and Design" w:value="University of Bergen, Faculty of Fine Art, Music and Design"/>
                  <w:listItem w:displayText="University of Gothenburg, HDK - Academy of Design &amp; Crafts" w:value="University of Gothenburg, HDK - Academy of Design &amp; Crafts"/>
                  <w:listItem w:displayText="Vilnius Academy of Arts" w:value="Vilnius Academy of Arts"/>
                  <w:listItem w:displayText="The Swedish School of Textiles University of Borås" w:value="The Swedish School of Textiles University of Borås"/>
                </w:dropDownList>
              </w:sdtPr>
              <w:sdtEndPr/>
              <w:sdtContent>
                <w:r>
                  <w:t>Choose institution</w:t>
                </w:r>
              </w:sdtContent>
            </w:sdt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A60EB" w14:textId="77777777" w:rsidR="008112A0" w:rsidRDefault="00F97AE2">
            <w:pPr>
              <w:rPr>
                <w:rFonts w:hint="eastAsia"/>
              </w:rPr>
            </w:pPr>
            <w:sdt>
              <w:sdtPr>
                <w:alias w:val="Select 7"/>
                <w:tag w:val="KUNO_7"/>
                <w:id w:val="364488466"/>
                <w:dropDownList>
                  <w:listItem w:displayText="Choose institution" w:value="Choose institution"/>
                  <w:listItem w:displayText="Aalto University, School of Arts, Design and Architecture" w:value="Aalto University, School of Arts, Design and Architecture"/>
                  <w:listItem w:displayText="Art Academy of Latvia" w:value="Art Academy of Latvia"/>
                  <w:listItem w:displayText="Design School Kolding" w:value="Design School Kolding"/>
                  <w:listItem w:displayText="Estonian Academy of Arts" w:value="Estonian Academy of Arts"/>
                  <w:listItem w:displayText="Iceland University of the Arts" w:value="Iceland University of the Arts"/>
                  <w:listItem w:displayText="Konstfack" w:value="Konstfack"/>
                  <w:listItem w:displayText="Royal Danish Academy" w:value="Royal Danish Academy"/>
                  <w:listItem w:displayText="Kristiania University College – Westerdals Department of Communication and Design" w:value="Kristiania University College – Westerdals Department of Communication and Design"/>
                  <w:listItem w:displayText="LAB University of Applied Sciences, Institute of Design and Fine Arts" w:value="LAB University of Applied Sciences, Institute of Design and Fine Arts"/>
                  <w:listItem w:displayText="Linnaeus University" w:value="Linnaeus University"/>
                  <w:listItem w:displayText="Lund University – School of Industrial Design" w:value="Lund University – School of Industrial Design"/>
                  <w:listItem w:displayText="Norwegian University of Science and Technology - NTNU, Faculty of Architecture and Design" w:value="Norwegian University of Science and Technology - NTNU, Faculty of Architecture and Design"/>
                  <w:listItem w:displayText="Oslo National Academy of Arts" w:value="Oslo National Academy of Arts"/>
                  <w:listItem w:displayText="Oslo School of Architecture and Design" w:value="Oslo School of Architecture and Design"/>
                  <w:listItem w:displayText="OsloMet – Oslo Metropolitan University" w:value="OsloMet – Oslo Metropolitan University"/>
                  <w:listItem w:displayText="Pallas University of Applied Sciences" w:value="Pallas University of Applied Sciences"/>
                  <w:listItem w:displayText="Umeå Institute of Design" w:value="Umeå Institute of Design"/>
                  <w:listItem w:displayText="University of Lapland" w:value="University of Lapland"/>
                  <w:listItem w:displayText="University of Bergen, Faculty of Fine Art, Music and Design" w:value="University of Bergen, Faculty of Fine Art, Music and Design"/>
                  <w:listItem w:displayText="University of Gothenburg, HDK - Academy of Design &amp; Crafts" w:value="University of Gothenburg, HDK - Academy of Design &amp; Crafts"/>
                  <w:listItem w:displayText="Vilnius Academy of Arts" w:value="Vilnius Academy of Arts"/>
                  <w:listItem w:displayText="The Swedish School of Textiles University of Borås" w:value="The Swedish School of Textiles University of Borås"/>
                </w:dropDownList>
              </w:sdtPr>
              <w:sdtEndPr/>
              <w:sdtContent>
                <w:r>
                  <w:t xml:space="preserve">Choose </w:t>
                </w:r>
                <w:r>
                  <w:t>institution</w:t>
                </w:r>
              </w:sdtContent>
            </w:sdt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4FC4D" w14:textId="77777777" w:rsidR="008112A0" w:rsidRDefault="00F97AE2">
            <w:pPr>
              <w:rPr>
                <w:rFonts w:hint="eastAsia"/>
              </w:rPr>
            </w:pPr>
            <w:sdt>
              <w:sdtPr>
                <w:alias w:val="Select 8"/>
                <w:tag w:val="KUNO_8"/>
                <w:id w:val="-875155458"/>
                <w:dropDownList>
                  <w:listItem w:displayText="Select..." w:value="Select..."/>
                  <w:listItem w:displayText="Male" w:value="Male"/>
                  <w:listItem w:displayText="Female" w:value="Female"/>
                  <w:listItem w:displayText="Other" w:value="Other"/>
                </w:dropDownList>
              </w:sdtPr>
              <w:sdtEndPr/>
              <w:sdtContent>
                <w:r>
                  <w:t>Select...</w:t>
                </w:r>
              </w:sdtContent>
            </w:sdt>
          </w:p>
        </w:tc>
      </w:tr>
      <w:tr w:rsidR="008112A0" w14:paraId="7E93DDA7" w14:textId="77777777" w:rsidTr="004F10AA">
        <w:trPr>
          <w:jc w:val="center"/>
        </w:trPr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A0617" w14:textId="77777777" w:rsidR="008112A0" w:rsidRDefault="00F97AE2">
            <w:pPr>
              <w:rPr>
                <w:rFonts w:hint="eastAsia"/>
              </w:rPr>
            </w:pPr>
            <w:sdt>
              <w:sdtPr>
                <w:alias w:val="Select 9"/>
                <w:tag w:val="KUNO_9"/>
                <w:id w:val="1631968461"/>
                <w:dropDownList>
                  <w:listItem w:displayText="Select..." w:value="Select..."/>
                  <w:listItem w:displayText="Students" w:value="Students"/>
                  <w:listItem w:displayText="Teachers" w:value="Teachers"/>
                </w:dropDownList>
              </w:sdtPr>
              <w:sdtEndPr/>
              <w:sdtContent>
                <w:r>
                  <w:t>Select...</w:t>
                </w:r>
              </w:sdtContent>
            </w:sdt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87FBD" w14:textId="77777777" w:rsidR="008112A0" w:rsidRDefault="00F97AE2">
            <w:pPr>
              <w:rPr>
                <w:rFonts w:hint="eastAsia"/>
              </w:rPr>
            </w:pPr>
            <w:sdt>
              <w:sdtPr>
                <w:alias w:val="Select 10"/>
                <w:tag w:val="KUNO_10"/>
                <w:id w:val="434554779"/>
                <w:dropDownList>
                  <w:listItem w:displayText="Choose institution" w:value="Choose institution"/>
                  <w:listItem w:displayText="Aalto University, School of Arts, Design and Architecture" w:value="Aalto University, School of Arts, Design and Architecture"/>
                  <w:listItem w:displayText="Art Academy of Latvia" w:value="Art Academy of Latvia"/>
                  <w:listItem w:displayText="Design School Kolding" w:value="Design School Kolding"/>
                  <w:listItem w:displayText="Estonian Academy of Arts" w:value="Estonian Academy of Arts"/>
                  <w:listItem w:displayText="Iceland University of the Arts" w:value="Iceland University of the Arts"/>
                  <w:listItem w:displayText="Konstfack" w:value="Konstfack"/>
                  <w:listItem w:displayText="Royal Danish Academy" w:value="Royal Danish Academy"/>
                  <w:listItem w:displayText="Kristiania University College – Westerdals Department of Communication and Design" w:value="Kristiania University College – Westerdals Department of Communication and Design"/>
                  <w:listItem w:displayText="LAB University of Applied Sciences, Institute of Design and Fine Arts" w:value="LAB University of Applied Sciences, Institute of Design and Fine Arts"/>
                  <w:listItem w:displayText="Linnaeus University" w:value="Linnaeus University"/>
                  <w:listItem w:displayText="Lund University – School of Industrial Design" w:value="Lund University – School of Industrial Design"/>
                  <w:listItem w:displayText="Norwegian University of Science and Technology - NTNU, Faculty of Architecture and Design" w:value="Norwegian University of Science and Technology - NTNU, Faculty of Architecture and Design"/>
                  <w:listItem w:displayText="Oslo National Academy of Arts" w:value="Oslo National Academy of Arts"/>
                  <w:listItem w:displayText="Oslo School of Architecture and Design" w:value="Oslo School of Architecture and Design"/>
                  <w:listItem w:displayText="OsloMet – Oslo Metropolitan University" w:value="OsloMet – Oslo Metropolitan University"/>
                  <w:listItem w:displayText="Pallas University of Applied Sciences" w:value="Pallas University of Applied Sciences"/>
                  <w:listItem w:displayText="Umeå Institute of Design" w:value="Umeå Institute of Design"/>
                  <w:listItem w:displayText="University of Lapland" w:value="University of Lapland"/>
                  <w:listItem w:displayText="University of Bergen, Faculty of Fine Art, Music and Design" w:value="University of Bergen, Faculty of Fine Art, Music and Design"/>
                  <w:listItem w:displayText="University of Gothenburg, HDK - Academy of Design &amp; Crafts" w:value="University of Gothenburg, HDK - Academy of Design &amp; Crafts"/>
                  <w:listItem w:displayText="Vilnius Academy of Arts" w:value="Vilnius Academy of Arts"/>
                  <w:listItem w:displayText="The Swedish School of Textiles University of Borås" w:value="The Swedish School of Textiles University of Borås"/>
                </w:dropDownList>
              </w:sdtPr>
              <w:sdtEndPr/>
              <w:sdtContent>
                <w:r>
                  <w:t>Choose institution</w:t>
                </w:r>
              </w:sdtContent>
            </w:sdt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95843" w14:textId="77777777" w:rsidR="008112A0" w:rsidRDefault="00F97AE2">
            <w:pPr>
              <w:rPr>
                <w:rFonts w:hint="eastAsia"/>
              </w:rPr>
            </w:pPr>
            <w:sdt>
              <w:sdtPr>
                <w:alias w:val="Select 11"/>
                <w:tag w:val="KUNO_11"/>
                <w:id w:val="-575743696"/>
                <w:dropDownList>
                  <w:listItem w:displayText="Choose institution" w:value="Choose institution"/>
                  <w:listItem w:displayText="Aalto University, School of Arts, Design and Architecture" w:value="Aalto University, School of Arts, Design and Architecture"/>
                  <w:listItem w:displayText="Art Academy of Latvia" w:value="Art Academy of Latvia"/>
                  <w:listItem w:displayText="Design School Kolding" w:value="Design School Kolding"/>
                  <w:listItem w:displayText="Estonian Academy of Arts" w:value="Estonian Academy of Arts"/>
                  <w:listItem w:displayText="Iceland University of the Arts" w:value="Iceland University of the Arts"/>
                  <w:listItem w:displayText="Konstfack" w:value="Konstfack"/>
                  <w:listItem w:displayText="Royal Danish Academy" w:value="Royal Danish Academy"/>
                  <w:listItem w:displayText="Kristiania University College – Westerdals Department of Communication and Design" w:value="Kristiania University College – Westerdals Department of Communication and Design"/>
                  <w:listItem w:displayText="LAB University of Applied Sciences, Institute of Design and Fine Arts" w:value="LAB University of Applied Sciences, Institute of Design and Fine Arts"/>
                  <w:listItem w:displayText="Linnaeus University" w:value="Linnaeus University"/>
                  <w:listItem w:displayText="Lund University – School of Industrial Design" w:value="Lund University – School of Industrial Design"/>
                  <w:listItem w:displayText="Norwegian University of Science and Technology - NTNU, Faculty of Architecture and Design" w:value="Norwegian University of Science and Technology - NTNU, Faculty of Architecture and Design"/>
                  <w:listItem w:displayText="Oslo National Academy of Arts" w:value="Oslo National Academy of Arts"/>
                  <w:listItem w:displayText="Oslo School of Architecture and Design" w:value="Oslo School of Architecture and Design"/>
                  <w:listItem w:displayText="OsloMet – Oslo Metropolitan University" w:value="OsloMet – Oslo Metropolitan University"/>
                  <w:listItem w:displayText="Pallas University of Applied Sciences" w:value="Pallas University of Applied Sciences"/>
                  <w:listItem w:displayText="Umeå Institute of Design" w:value="Umeå Institute of Design"/>
                  <w:listItem w:displayText="University of Lapland" w:value="University of Lapland"/>
                  <w:listItem w:displayText="University of Bergen, Faculty of Fine Art, Music and Design" w:value="University of Bergen, Faculty of Fine Art, Music and Design"/>
                  <w:listItem w:displayText="University of Gothenburg, HDK - Academy of Design &amp; Crafts" w:value="University of Gothenburg, HDK - Academy of Design &amp; Crafts"/>
                  <w:listItem w:displayText="Vilnius Academy of Arts" w:value="Vilnius Academy of Arts"/>
                  <w:listItem w:displayText="The Swedish School of Textiles University of Borås" w:value="The Swedish School of Textiles University of Borås"/>
                </w:dropDownList>
              </w:sdtPr>
              <w:sdtEndPr/>
              <w:sdtContent>
                <w:r>
                  <w:t>Choose institution</w:t>
                </w:r>
              </w:sdtContent>
            </w:sdt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C040A" w14:textId="77777777" w:rsidR="008112A0" w:rsidRDefault="00F97AE2">
            <w:pPr>
              <w:rPr>
                <w:rFonts w:hint="eastAsia"/>
              </w:rPr>
            </w:pPr>
            <w:sdt>
              <w:sdtPr>
                <w:alias w:val="Select 12"/>
                <w:tag w:val="KUNO_12"/>
                <w:id w:val="1742909882"/>
                <w:dropDownList>
                  <w:listItem w:displayText="Select..." w:value="Select..."/>
                  <w:listItem w:displayText="Male" w:value="Male"/>
                  <w:listItem w:displayText="Female" w:value="Female"/>
                  <w:listItem w:displayText="Other" w:value="Other"/>
                </w:dropDownList>
              </w:sdtPr>
              <w:sdtEndPr/>
              <w:sdtContent>
                <w:r>
                  <w:t>Select...</w:t>
                </w:r>
              </w:sdtContent>
            </w:sdt>
          </w:p>
        </w:tc>
      </w:tr>
      <w:tr w:rsidR="008112A0" w14:paraId="15351E39" w14:textId="77777777" w:rsidTr="004F10AA">
        <w:trPr>
          <w:jc w:val="center"/>
        </w:trPr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B50B3" w14:textId="77777777" w:rsidR="008112A0" w:rsidRDefault="00F97AE2">
            <w:pPr>
              <w:rPr>
                <w:rFonts w:hint="eastAsia"/>
              </w:rPr>
            </w:pPr>
            <w:sdt>
              <w:sdtPr>
                <w:alias w:val="Select 13"/>
                <w:tag w:val="KUNO_13"/>
                <w:id w:val="-2118818573"/>
                <w:dropDownList>
                  <w:listItem w:displayText="Select..." w:value="Select..."/>
                  <w:listItem w:displayText="Students" w:value="Students"/>
                  <w:listItem w:displayText="Teachers" w:value="Teachers"/>
                </w:dropDownList>
              </w:sdtPr>
              <w:sdtEndPr/>
              <w:sdtContent>
                <w:r>
                  <w:t>Select...</w:t>
                </w:r>
              </w:sdtContent>
            </w:sdt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38E6A" w14:textId="77777777" w:rsidR="008112A0" w:rsidRDefault="00F97AE2">
            <w:pPr>
              <w:rPr>
                <w:rFonts w:hint="eastAsia"/>
              </w:rPr>
            </w:pPr>
            <w:sdt>
              <w:sdtPr>
                <w:alias w:val="Select 14"/>
                <w:tag w:val="KUNO_14"/>
                <w:id w:val="248551713"/>
                <w:dropDownList>
                  <w:listItem w:displayText="Choose institution" w:value="Choose institution"/>
                  <w:listItem w:displayText="Aalto University, School of Arts, Design and Architecture" w:value="Aalto University, School of Arts, Design and Architecture"/>
                  <w:listItem w:displayText="Art Academy of Latvia" w:value="Art Academy of Latvia"/>
                  <w:listItem w:displayText="Design School Kolding" w:value="Design School Kolding"/>
                  <w:listItem w:displayText="Estonian Academy of Arts" w:value="Estonian Academy of Arts"/>
                  <w:listItem w:displayText="Iceland University of the Arts" w:value="Iceland University of the Arts"/>
                  <w:listItem w:displayText="Konstfack" w:value="Konstfack"/>
                  <w:listItem w:displayText="Royal Danish Academy" w:value="Royal Danish Academy"/>
                  <w:listItem w:displayText="Kristiania University College – Westerdals Department of Communication and Design" w:value="Kristiania University College – Westerdals Department of Communication and Design"/>
                  <w:listItem w:displayText="LAB University of Applied Sciences, Institute of Design and Fine Arts" w:value="LAB University of Applied Sciences, Institute of Design and Fine Arts"/>
                  <w:listItem w:displayText="Linnaeus University" w:value="Linnaeus University"/>
                  <w:listItem w:displayText="Lund University – School of Industrial Design" w:value="Lund University – School of Industrial Design"/>
                  <w:listItem w:displayText="Norwegian University of Science and Technology - NTNU, Faculty of Architecture and Design" w:value="Norwegian University of Science and Technology - NTNU, Faculty of Architecture and Design"/>
                  <w:listItem w:displayText="Oslo National Academy of Arts" w:value="Oslo National Academy of Arts"/>
                  <w:listItem w:displayText="Oslo School of Architecture and Design" w:value="Oslo School of Architecture and Design"/>
                  <w:listItem w:displayText="OsloMet – Oslo Metropolitan University" w:value="OsloMet – Oslo Metropolitan University"/>
                  <w:listItem w:displayText="Pallas University of Applied Sciences" w:value="Pallas University of Applied Sciences"/>
                  <w:listItem w:displayText="Umeå Institute of Design" w:value="Umeå Institute of Design"/>
                  <w:listItem w:displayText="University of Lapland" w:value="University of Lapland"/>
                  <w:listItem w:displayText="University of Bergen, Faculty of Fine Art, Music and Design" w:value="University of Bergen, Faculty of Fine Art, Music and Design"/>
                  <w:listItem w:displayText="University of Gothenburg, HDK - Academy of Design &amp; Crafts" w:value="University of Gothenburg, HDK - Academy of Design &amp; Crafts"/>
                  <w:listItem w:displayText="Vilnius Academy of Arts" w:value="Vilnius Academy of Arts"/>
                  <w:listItem w:displayText="The Swedish School of Textiles University of Borås" w:value="The Swedish School of Textiles University of Borås"/>
                </w:dropDownList>
              </w:sdtPr>
              <w:sdtEndPr/>
              <w:sdtContent>
                <w:r>
                  <w:t>Choose institution</w:t>
                </w:r>
              </w:sdtContent>
            </w:sdt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B3281" w14:textId="77777777" w:rsidR="008112A0" w:rsidRDefault="00F97AE2">
            <w:pPr>
              <w:rPr>
                <w:rFonts w:hint="eastAsia"/>
              </w:rPr>
            </w:pPr>
            <w:sdt>
              <w:sdtPr>
                <w:alias w:val="Select 15"/>
                <w:tag w:val="KUNO_15"/>
                <w:id w:val="-376238705"/>
                <w:dropDownList>
                  <w:listItem w:displayText="Choose institution" w:value="Choose institution"/>
                  <w:listItem w:displayText="Aalto University, School of Arts, Design and Architecture" w:value="Aalto University, School of Arts, Design and Architecture"/>
                  <w:listItem w:displayText="Art Academy of Latvia" w:value="Art Academy of Latvia"/>
                  <w:listItem w:displayText="Design School Kolding" w:value="Design School Kolding"/>
                  <w:listItem w:displayText="Estonian Academy of Arts" w:value="Estonian Academy of Arts"/>
                  <w:listItem w:displayText="Iceland University of the Arts" w:value="Iceland University of the Arts"/>
                  <w:listItem w:displayText="Konstfack" w:value="Konstfack"/>
                  <w:listItem w:displayText="Royal Danish Academy" w:value="Royal Danish Academy"/>
                  <w:listItem w:displayText="Kristiania University College – Westerdals Department of Communication and Design" w:value="Kristiania University College – Westerdals Department of Communication and Design"/>
                  <w:listItem w:displayText="LAB University of Applied Sciences, Institute of Design and Fine Arts" w:value="LAB University of Applied Sciences, Institute of Design and Fine Arts"/>
                  <w:listItem w:displayText="Linnaeus University" w:value="Linnaeus University"/>
                  <w:listItem w:displayText="Lund University – School of Industrial Design" w:value="Lund University – School of Industrial Design"/>
                  <w:listItem w:displayText="Norwegian University of Science and Technology - NTNU, Faculty of Architecture and Design" w:value="Norwegian University of Science and Technology - NTNU, Faculty of Architecture and Design"/>
                  <w:listItem w:displayText="Oslo National Academy of Arts" w:value="Oslo National Academy of Arts"/>
                  <w:listItem w:displayText="Oslo School of Architecture and Design" w:value="Oslo School of Architecture and Design"/>
                  <w:listItem w:displayText="OsloMet – Oslo Metropolitan University" w:value="OsloMet – Oslo Metropolitan University"/>
                  <w:listItem w:displayText="Pallas University of Applied Sciences" w:value="Pallas University of Applied Sciences"/>
                  <w:listItem w:displayText="Umeå Institute of Design" w:value="Umeå Institute of Design"/>
                  <w:listItem w:displayText="University of Lapland" w:value="University of Lapland"/>
                  <w:listItem w:displayText="University of Bergen, Faculty of Fine Art, Music and Design" w:value="University of Bergen, Faculty of Fine Art, Music and Design"/>
                  <w:listItem w:displayText="University of Gothenburg, HDK - Academy of Design &amp; Crafts" w:value="University of Gothenburg, HDK - Academy of Design &amp; Crafts"/>
                  <w:listItem w:displayText="Vilnius Academy of Arts" w:value="Vilnius Academy of Arts"/>
                  <w:listItem w:displayText="The Swedish School of Textiles University of Borås" w:value="The Swedish School of Textiles University of Borås"/>
                </w:dropDownList>
              </w:sdtPr>
              <w:sdtEndPr/>
              <w:sdtContent>
                <w:r>
                  <w:t>Choose institution</w:t>
                </w:r>
              </w:sdtContent>
            </w:sdt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D48F8" w14:textId="77777777" w:rsidR="008112A0" w:rsidRDefault="00F97AE2">
            <w:pPr>
              <w:rPr>
                <w:rFonts w:hint="eastAsia"/>
              </w:rPr>
            </w:pPr>
            <w:sdt>
              <w:sdtPr>
                <w:alias w:val="Select 16"/>
                <w:tag w:val="KUNO_16"/>
                <w:id w:val="1821148239"/>
                <w:dropDownList>
                  <w:listItem w:displayText="Select..." w:value="Select..."/>
                  <w:listItem w:displayText="Male" w:value="Male"/>
                  <w:listItem w:displayText="Female" w:value="Female"/>
                  <w:listItem w:displayText="Other" w:value="Other"/>
                </w:dropDownList>
              </w:sdtPr>
              <w:sdtEndPr/>
              <w:sdtContent>
                <w:r>
                  <w:t>Select...</w:t>
                </w:r>
              </w:sdtContent>
            </w:sdt>
          </w:p>
        </w:tc>
      </w:tr>
      <w:tr w:rsidR="008112A0" w14:paraId="56315163" w14:textId="77777777" w:rsidTr="004F10AA">
        <w:trPr>
          <w:jc w:val="center"/>
        </w:trPr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5392A" w14:textId="77777777" w:rsidR="008112A0" w:rsidRDefault="00F97AE2">
            <w:pPr>
              <w:rPr>
                <w:rFonts w:hint="eastAsia"/>
              </w:rPr>
            </w:pPr>
            <w:sdt>
              <w:sdtPr>
                <w:alias w:val="Select 17"/>
                <w:tag w:val="KUNO_17"/>
                <w:id w:val="754777561"/>
                <w:dropDownList>
                  <w:listItem w:displayText="Select..." w:value="Select..."/>
                  <w:listItem w:displayText="Students" w:value="Students"/>
                  <w:listItem w:displayText="Teachers" w:value="Teachers"/>
                </w:dropDownList>
              </w:sdtPr>
              <w:sdtEndPr/>
              <w:sdtContent>
                <w:r>
                  <w:t>Select...</w:t>
                </w:r>
              </w:sdtContent>
            </w:sdt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ECC89" w14:textId="77777777" w:rsidR="008112A0" w:rsidRDefault="00F97AE2">
            <w:pPr>
              <w:rPr>
                <w:rFonts w:hint="eastAsia"/>
              </w:rPr>
            </w:pPr>
            <w:sdt>
              <w:sdtPr>
                <w:alias w:val="Select 18"/>
                <w:tag w:val="KUNO_18"/>
                <w:id w:val="-499662770"/>
                <w:dropDownList>
                  <w:listItem w:displayText="Choose institution" w:value="Choose institution"/>
                  <w:listItem w:displayText="Aalto University, School of Arts, Design and Architecture" w:value="Aalto University, School of Arts, Design and Architecture"/>
                  <w:listItem w:displayText="Art Academy of Latvia" w:value="Art Academy of Latvia"/>
                  <w:listItem w:displayText="Design School Kolding" w:value="Design School Kolding"/>
                  <w:listItem w:displayText="Estonian Academy of Arts" w:value="Estonian Academy of Arts"/>
                  <w:listItem w:displayText="Iceland University of the Arts" w:value="Iceland University of the Arts"/>
                  <w:listItem w:displayText="Konstfack" w:value="Konstfack"/>
                  <w:listItem w:displayText="Royal Danish Academy" w:value="Royal Danish Academy"/>
                  <w:listItem w:displayText="Kristiania University College – Westerdals Department of Communication and Design" w:value="Kristiania University College – Westerdals Department of Communication and Design"/>
                  <w:listItem w:displayText="LAB University of Applied Sciences, Institute of Design and Fine Arts" w:value="LAB University of Applied Sciences, Institute of Design and Fine Arts"/>
                  <w:listItem w:displayText="Linnaeus University" w:value="Linnaeus University"/>
                  <w:listItem w:displayText="Lund University – School of Industrial Design" w:value="Lund University – School of Industrial Design"/>
                  <w:listItem w:displayText="Norwegian University of Science and Technology - NTNU, Faculty of Architecture and Design" w:value="Norwegian University of Science and Technology - NTNU, Faculty of Architecture and Design"/>
                  <w:listItem w:displayText="Oslo National Academy of Arts" w:value="Oslo National Academy of Arts"/>
                  <w:listItem w:displayText="Oslo School of Architecture and Design" w:value="Oslo School of Architecture and Design"/>
                  <w:listItem w:displayText="OsloMet – Oslo Metropolitan University" w:value="OsloMet – Oslo Metropolitan University"/>
                  <w:listItem w:displayText="Pallas University of Applied Sciences" w:value="Pallas University of Applied Sciences"/>
                  <w:listItem w:displayText="Umeå Institute of Design" w:value="Umeå Institute of Design"/>
                  <w:listItem w:displayText="University of Lapland" w:value="University of Lapland"/>
                  <w:listItem w:displayText="University of Bergen, Faculty of Fine Art, Music and Design" w:value="University of Bergen, Faculty of Fine Art, Music and Design"/>
                  <w:listItem w:displayText="University of Gothenburg, HDK - Academy of Design &amp; Crafts" w:value="University of Gothenburg, HDK - Academy of Design &amp; Crafts"/>
                  <w:listItem w:displayText="Vilnius Academy of Arts" w:value="Vilnius Academy of Arts"/>
                  <w:listItem w:displayText="The Swedish School of Textiles University of Borås" w:value="The Swedish School of Textiles University of Borås"/>
                </w:dropDownList>
              </w:sdtPr>
              <w:sdtEndPr/>
              <w:sdtContent>
                <w:r>
                  <w:t>Choose institution</w:t>
                </w:r>
              </w:sdtContent>
            </w:sdt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97A29" w14:textId="77777777" w:rsidR="008112A0" w:rsidRDefault="00F97AE2">
            <w:pPr>
              <w:rPr>
                <w:rFonts w:hint="eastAsia"/>
              </w:rPr>
            </w:pPr>
            <w:sdt>
              <w:sdtPr>
                <w:alias w:val="Select 19"/>
                <w:tag w:val="KUNO_19"/>
                <w:id w:val="-410312018"/>
                <w:dropDownList>
                  <w:listItem w:displayText="Choose institution" w:value="Choose institution"/>
                  <w:listItem w:displayText="Aalto University, School of Arts, Design and Architecture" w:value="Aalto University, School of Arts, Design and Architecture"/>
                  <w:listItem w:displayText="Art Academy of Latvia" w:value="Art Academy of Latvia"/>
                  <w:listItem w:displayText="Design School Kolding" w:value="Design School Kolding"/>
                  <w:listItem w:displayText="Estonian Academy of Arts" w:value="Estonian Academy of Arts"/>
                  <w:listItem w:displayText="Iceland University of the Arts" w:value="Iceland University of the Arts"/>
                  <w:listItem w:displayText="Konstfack" w:value="Konstfack"/>
                  <w:listItem w:displayText="Royal Danish Academy" w:value="Royal Danish Academy"/>
                  <w:listItem w:displayText="Kristiania University College – Westerdals Department of Communication and Design" w:value="Kristiania University College – Westerdals Department of Communication and Design"/>
                  <w:listItem w:displayText="LAB University of Applied Sciences, Institute of Design and Fine Arts" w:value="LAB University of Applied Sciences, Institute of Design and Fine Arts"/>
                  <w:listItem w:displayText="Linnaeus University" w:value="Linnaeus University"/>
                  <w:listItem w:displayText="Lund University – School of Industrial Design" w:value="Lund University – School of Industrial Design"/>
                  <w:listItem w:displayText="Norwegian University of Science and Technology - NTNU, Faculty of Architecture and Design" w:value="Norwegian University of Science and Technology - NTNU, Faculty of Architecture and Design"/>
                  <w:listItem w:displayText="Oslo National Academy of Arts" w:value="Oslo National Academy of Arts"/>
                  <w:listItem w:displayText="Oslo School of Architecture and Design" w:value="Oslo School of Architecture and Design"/>
                  <w:listItem w:displayText="OsloMet – Oslo Metropolitan University" w:value="OsloMet – Oslo Metropolitan University"/>
                  <w:listItem w:displayText="Pallas University of Applied Sciences" w:value="Pallas University of Applied Sciences"/>
                  <w:listItem w:displayText="Umeå Institute of Design" w:value="Umeå Institute of Design"/>
                  <w:listItem w:displayText="University of Lapland" w:value="University of Lapland"/>
                  <w:listItem w:displayText="University of Bergen, Faculty of Fine Art, Music and Design" w:value="University of Bergen, Faculty of Fine Art, Music and Design"/>
                  <w:listItem w:displayText="University of Gothenburg, HDK - Academy of Design &amp; Crafts" w:value="University of Gothenburg, HDK - Academy of Design &amp; Crafts"/>
                  <w:listItem w:displayText="Vilnius Academy of Arts" w:value="Vilnius Academy of Arts"/>
                  <w:listItem w:displayText="The Swedish School of Textiles University of Borås" w:value="The Swedish School of Textiles University of Borås"/>
                </w:dropDownList>
              </w:sdtPr>
              <w:sdtEndPr/>
              <w:sdtContent>
                <w:r>
                  <w:t>Choose institution</w:t>
                </w:r>
              </w:sdtContent>
            </w:sdt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0614A" w14:textId="77777777" w:rsidR="008112A0" w:rsidRDefault="00F97AE2">
            <w:pPr>
              <w:rPr>
                <w:rFonts w:hint="eastAsia"/>
              </w:rPr>
            </w:pPr>
            <w:sdt>
              <w:sdtPr>
                <w:alias w:val="Select 20"/>
                <w:tag w:val="KUNO_20"/>
                <w:id w:val="-889958813"/>
                <w:dropDownList>
                  <w:listItem w:displayText="Select..." w:value="Select..."/>
                  <w:listItem w:displayText="Male" w:value="Male"/>
                  <w:listItem w:displayText="Female" w:value="Female"/>
                  <w:listItem w:displayText="Other" w:value="Other"/>
                </w:dropDownList>
              </w:sdtPr>
              <w:sdtEndPr/>
              <w:sdtContent>
                <w:r>
                  <w:t>Select...</w:t>
                </w:r>
              </w:sdtContent>
            </w:sdt>
          </w:p>
        </w:tc>
      </w:tr>
      <w:tr w:rsidR="008112A0" w14:paraId="77FA641B" w14:textId="77777777" w:rsidTr="004F10AA">
        <w:trPr>
          <w:jc w:val="center"/>
        </w:trPr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C2665" w14:textId="77777777" w:rsidR="008112A0" w:rsidRDefault="00F97AE2">
            <w:pPr>
              <w:rPr>
                <w:rFonts w:hint="eastAsia"/>
              </w:rPr>
            </w:pPr>
            <w:sdt>
              <w:sdtPr>
                <w:alias w:val="Select 21"/>
                <w:tag w:val="KUNO_21"/>
                <w:id w:val="-1921477345"/>
                <w:dropDownList>
                  <w:listItem w:displayText="Select..." w:value="Select..."/>
                  <w:listItem w:displayText="Students" w:value="Students"/>
                  <w:listItem w:displayText="Teachers" w:value="Teachers"/>
                </w:dropDownList>
              </w:sdtPr>
              <w:sdtEndPr/>
              <w:sdtContent>
                <w:r>
                  <w:t>Select...</w:t>
                </w:r>
              </w:sdtContent>
            </w:sdt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9CBF5" w14:textId="77777777" w:rsidR="008112A0" w:rsidRDefault="00F97AE2">
            <w:pPr>
              <w:rPr>
                <w:rFonts w:hint="eastAsia"/>
              </w:rPr>
            </w:pPr>
            <w:sdt>
              <w:sdtPr>
                <w:alias w:val="Select 22"/>
                <w:tag w:val="KUNO_22"/>
                <w:id w:val="764654175"/>
                <w:dropDownList>
                  <w:listItem w:displayText="Choose institution" w:value="Choose institution"/>
                  <w:listItem w:displayText="Aalto University, School of Arts, Design and Architecture" w:value="Aalto University, School of Arts, Design and Architecture"/>
                  <w:listItem w:displayText="Art Academy of Latvia" w:value="Art Academy of Latvia"/>
                  <w:listItem w:displayText="Design School Kolding" w:value="Design School Kolding"/>
                  <w:listItem w:displayText="Estonian Academy of Arts" w:value="Estonian Academy of Arts"/>
                  <w:listItem w:displayText="Iceland University of the Arts" w:value="Iceland University of the Arts"/>
                  <w:listItem w:displayText="Konstfack" w:value="Konstfack"/>
                  <w:listItem w:displayText="Royal Danish Academy" w:value="Royal Danish Academy"/>
                  <w:listItem w:displayText="Kristiania University College – Westerdals Department of Communication and Design" w:value="Kristiania University College – Westerdals Department of Communication and Design"/>
                  <w:listItem w:displayText="LAB University of Applied Sciences, Institute of Design and Fine Arts" w:value="LAB University of Applied Sciences, Institute of Design and Fine Arts"/>
                  <w:listItem w:displayText="Linnaeus University" w:value="Linnaeus University"/>
                  <w:listItem w:displayText="Lund University – School of Industrial Design" w:value="Lund University – School of Industrial Design"/>
                  <w:listItem w:displayText="Norwegian University of Science and Technology - NTNU, Faculty of Architecture and Design" w:value="Norwegian University of Science and Technology - NTNU, Faculty of Architecture and Design"/>
                  <w:listItem w:displayText="Oslo National Academy of Arts" w:value="Oslo National Academy of Arts"/>
                  <w:listItem w:displayText="Oslo School of Architecture and Design" w:value="Oslo School of Architecture and Design"/>
                  <w:listItem w:displayText="OsloMet – Oslo Metropolitan University" w:value="OsloMet – Oslo Metropolitan University"/>
                  <w:listItem w:displayText="Pallas University of Applied Sciences" w:value="Pallas University of Applied Sciences"/>
                  <w:listItem w:displayText="Umeå Institute of Design" w:value="Umeå Institute of Design"/>
                  <w:listItem w:displayText="University of Lapland" w:value="University of Lapland"/>
                  <w:listItem w:displayText="University of Bergen, Faculty of Fine Art, Music and Design" w:value="University of Bergen, Faculty of Fine Art, Music and Design"/>
                  <w:listItem w:displayText="University of Gothenburg, HDK - Academy of Design &amp; Crafts" w:value="University of Gothenburg, HDK - Academy of Design &amp; Crafts"/>
                  <w:listItem w:displayText="Vilnius Academy of Arts" w:value="Vilnius Academy of Arts"/>
                  <w:listItem w:displayText="The Swedish School of Textiles University of Borås" w:value="The Swedish School of Textiles University of Borås"/>
                </w:dropDownList>
              </w:sdtPr>
              <w:sdtEndPr/>
              <w:sdtContent>
                <w:r>
                  <w:t xml:space="preserve">Choose </w:t>
                </w:r>
                <w:r>
                  <w:t>institution</w:t>
                </w:r>
              </w:sdtContent>
            </w:sdt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2329F" w14:textId="77777777" w:rsidR="008112A0" w:rsidRDefault="00F97AE2">
            <w:pPr>
              <w:rPr>
                <w:rFonts w:hint="eastAsia"/>
              </w:rPr>
            </w:pPr>
            <w:sdt>
              <w:sdtPr>
                <w:alias w:val="Select 23"/>
                <w:tag w:val="KUNO_23"/>
                <w:id w:val="1048266160"/>
                <w:dropDownList>
                  <w:listItem w:displayText="Choose institution" w:value="Choose institution"/>
                  <w:listItem w:displayText="Aalto University, School of Arts, Design and Architecture" w:value="Aalto University, School of Arts, Design and Architecture"/>
                  <w:listItem w:displayText="Art Academy of Latvia" w:value="Art Academy of Latvia"/>
                  <w:listItem w:displayText="Design School Kolding" w:value="Design School Kolding"/>
                  <w:listItem w:displayText="Estonian Academy of Arts" w:value="Estonian Academy of Arts"/>
                  <w:listItem w:displayText="Iceland University of the Arts" w:value="Iceland University of the Arts"/>
                  <w:listItem w:displayText="Konstfack" w:value="Konstfack"/>
                  <w:listItem w:displayText="Royal Danish Academy" w:value="Royal Danish Academy"/>
                  <w:listItem w:displayText="Kristiania University College – Westerdals Department of Communication and Design" w:value="Kristiania University College – Westerdals Department of Communication and Design"/>
                  <w:listItem w:displayText="LAB University of Applied Sciences, Institute of Design and Fine Arts" w:value="LAB University of Applied Sciences, Institute of Design and Fine Arts"/>
                  <w:listItem w:displayText="Linnaeus University" w:value="Linnaeus University"/>
                  <w:listItem w:displayText="Lund University – School of Industrial Design" w:value="Lund University – School of Industrial Design"/>
                  <w:listItem w:displayText="Norwegian University of Science and Technology - NTNU, Faculty of Architecture and Design" w:value="Norwegian University of Science and Technology - NTNU, Faculty of Architecture and Design"/>
                  <w:listItem w:displayText="Oslo National Academy of Arts" w:value="Oslo National Academy of Arts"/>
                  <w:listItem w:displayText="Oslo School of Architecture and Design" w:value="Oslo School of Architecture and Design"/>
                  <w:listItem w:displayText="OsloMet – Oslo Metropolitan University" w:value="OsloMet – Oslo Metropolitan University"/>
                  <w:listItem w:displayText="Pallas University of Applied Sciences" w:value="Pallas University of Applied Sciences"/>
                  <w:listItem w:displayText="Umeå Institute of Design" w:value="Umeå Institute of Design"/>
                  <w:listItem w:displayText="University of Lapland" w:value="University of Lapland"/>
                  <w:listItem w:displayText="University of Bergen, Faculty of Fine Art, Music and Design" w:value="University of Bergen, Faculty of Fine Art, Music and Design"/>
                  <w:listItem w:displayText="University of Gothenburg, HDK - Academy of Design &amp; Crafts" w:value="University of Gothenburg, HDK - Academy of Design &amp; Crafts"/>
                  <w:listItem w:displayText="Vilnius Academy of Arts" w:value="Vilnius Academy of Arts"/>
                  <w:listItem w:displayText="The Swedish School of Textiles University of Borås" w:value="The Swedish School of Textiles University of Borås"/>
                </w:dropDownList>
              </w:sdtPr>
              <w:sdtEndPr/>
              <w:sdtContent>
                <w:r>
                  <w:t>Choose institution</w:t>
                </w:r>
              </w:sdtContent>
            </w:sdt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CD595" w14:textId="77777777" w:rsidR="008112A0" w:rsidRDefault="00F97AE2">
            <w:pPr>
              <w:rPr>
                <w:rFonts w:hint="eastAsia"/>
              </w:rPr>
            </w:pPr>
            <w:sdt>
              <w:sdtPr>
                <w:alias w:val="Select 24"/>
                <w:tag w:val="KUNO_24"/>
                <w:id w:val="-761525653"/>
                <w:dropDownList>
                  <w:listItem w:displayText="Select..." w:value="Select..."/>
                  <w:listItem w:displayText="Male" w:value="Male"/>
                  <w:listItem w:displayText="Female" w:value="Female"/>
                  <w:listItem w:displayText="Other" w:value="Other"/>
                </w:dropDownList>
              </w:sdtPr>
              <w:sdtEndPr/>
              <w:sdtContent>
                <w:r>
                  <w:t>Select...</w:t>
                </w:r>
              </w:sdtContent>
            </w:sdt>
          </w:p>
        </w:tc>
      </w:tr>
      <w:tr w:rsidR="008112A0" w14:paraId="57FB9285" w14:textId="77777777" w:rsidTr="004F10AA">
        <w:trPr>
          <w:jc w:val="center"/>
        </w:trPr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F5BBD" w14:textId="77777777" w:rsidR="008112A0" w:rsidRDefault="00F97AE2">
            <w:pPr>
              <w:rPr>
                <w:rFonts w:hint="eastAsia"/>
              </w:rPr>
            </w:pPr>
            <w:sdt>
              <w:sdtPr>
                <w:alias w:val="Select 25"/>
                <w:tag w:val="KUNO_25"/>
                <w:id w:val="-134257343"/>
                <w:dropDownList>
                  <w:listItem w:displayText="Select..." w:value="Select..."/>
                  <w:listItem w:displayText="Students" w:value="Students"/>
                  <w:listItem w:displayText="Teachers" w:value="Teachers"/>
                </w:dropDownList>
              </w:sdtPr>
              <w:sdtEndPr/>
              <w:sdtContent>
                <w:r>
                  <w:t>Select...</w:t>
                </w:r>
              </w:sdtContent>
            </w:sdt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F4C49" w14:textId="77777777" w:rsidR="008112A0" w:rsidRDefault="00F97AE2">
            <w:pPr>
              <w:rPr>
                <w:rFonts w:hint="eastAsia"/>
              </w:rPr>
            </w:pPr>
            <w:sdt>
              <w:sdtPr>
                <w:alias w:val="Select 26"/>
                <w:tag w:val="KUNO_26"/>
                <w:id w:val="-925499833"/>
                <w:dropDownList>
                  <w:listItem w:displayText="Choose institution" w:value="Choose institution"/>
                  <w:listItem w:displayText="Aalto University, School of Arts, Design and Architecture" w:value="Aalto University, School of Arts, Design and Architecture"/>
                  <w:listItem w:displayText="Art Academy of Latvia" w:value="Art Academy of Latvia"/>
                  <w:listItem w:displayText="Design School Kolding" w:value="Design School Kolding"/>
                  <w:listItem w:displayText="Estonian Academy of Arts" w:value="Estonian Academy of Arts"/>
                  <w:listItem w:displayText="Iceland University of the Arts" w:value="Iceland University of the Arts"/>
                  <w:listItem w:displayText="Konstfack" w:value="Konstfack"/>
                  <w:listItem w:displayText="Royal Danish Academy" w:value="Royal Danish Academy"/>
                  <w:listItem w:displayText="Kristiania University College – Westerdals Department of Communication and Design" w:value="Kristiania University College – Westerdals Department of Communication and Design"/>
                  <w:listItem w:displayText="LAB University of Applied Sciences, Institute of Design and Fine Arts" w:value="LAB University of Applied Sciences, Institute of Design and Fine Arts"/>
                  <w:listItem w:displayText="Linnaeus University" w:value="Linnaeus University"/>
                  <w:listItem w:displayText="Lund University – School of Industrial Design" w:value="Lund University – School of Industrial Design"/>
                  <w:listItem w:displayText="Norwegian University of Science and Technology - NTNU, Faculty of Architecture and Design" w:value="Norwegian University of Science and Technology - NTNU, Faculty of Architecture and Design"/>
                  <w:listItem w:displayText="Oslo National Academy of Arts" w:value="Oslo National Academy of Arts"/>
                  <w:listItem w:displayText="Oslo School of Architecture and Design" w:value="Oslo School of Architecture and Design"/>
                  <w:listItem w:displayText="OsloMet – Oslo Metropolitan University" w:value="OsloMet – Oslo Metropolitan University"/>
                  <w:listItem w:displayText="Pallas University of Applied Sciences" w:value="Pallas University of Applied Sciences"/>
                  <w:listItem w:displayText="Umeå Institute of Design" w:value="Umeå Institute of Design"/>
                  <w:listItem w:displayText="University of Lapland" w:value="University of Lapland"/>
                  <w:listItem w:displayText="University of Bergen, Faculty of Fine Art, Music and Design" w:value="University of Bergen, Faculty of Fine Art, Music and Design"/>
                  <w:listItem w:displayText="University of Gothenburg, HDK - Academy of Design &amp; Crafts" w:value="University of Gothenburg, HDK - Academy of Design &amp; Crafts"/>
                  <w:listItem w:displayText="Vilnius Academy of Arts" w:value="Vilnius Academy of Arts"/>
                  <w:listItem w:displayText="The Swedish School of Textiles University of Borås" w:value="The Swedish School of Textiles University of Borås"/>
                </w:dropDownList>
              </w:sdtPr>
              <w:sdtEndPr/>
              <w:sdtContent>
                <w:r>
                  <w:t>Choose institution</w:t>
                </w:r>
              </w:sdtContent>
            </w:sdt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E5235" w14:textId="77777777" w:rsidR="008112A0" w:rsidRDefault="00F97AE2">
            <w:pPr>
              <w:rPr>
                <w:rFonts w:hint="eastAsia"/>
              </w:rPr>
            </w:pPr>
            <w:sdt>
              <w:sdtPr>
                <w:alias w:val="Select 27"/>
                <w:tag w:val="KUNO_27"/>
                <w:id w:val="1370185074"/>
                <w:dropDownList>
                  <w:listItem w:displayText="Choose institution" w:value="Choose institution"/>
                  <w:listItem w:displayText="Aalto University, School of Arts, Design and Architecture" w:value="Aalto University, School of Arts, Design and Architecture"/>
                  <w:listItem w:displayText="Art Academy of Latvia" w:value="Art Academy of Latvia"/>
                  <w:listItem w:displayText="Design School Kolding" w:value="Design School Kolding"/>
                  <w:listItem w:displayText="Estonian Academy of Arts" w:value="Estonian Academy of Arts"/>
                  <w:listItem w:displayText="Iceland University of the Arts" w:value="Iceland University of the Arts"/>
                  <w:listItem w:displayText="Konstfack" w:value="Konstfack"/>
                  <w:listItem w:displayText="Royal Danish Academy" w:value="Royal Danish Academy"/>
                  <w:listItem w:displayText="Kristiania University College – Westerdals Department of Communication and Design" w:value="Kristiania University College – Westerdals Department of Communication and Design"/>
                  <w:listItem w:displayText="LAB University of Applied Sciences, Institute of Design and Fine Arts" w:value="LAB University of Applied Sciences, Institute of Design and Fine Arts"/>
                  <w:listItem w:displayText="Linnaeus University" w:value="Linnaeus University"/>
                  <w:listItem w:displayText="Lund University – School of Industrial Design" w:value="Lund University – School of Industrial Design"/>
                  <w:listItem w:displayText="Norwegian University of Science and Technology - NTNU, Faculty of Architecture and Design" w:value="Norwegian University of Science and Technology - NTNU, Faculty of Architecture and Design"/>
                  <w:listItem w:displayText="Oslo National Academy of Arts" w:value="Oslo National Academy of Arts"/>
                  <w:listItem w:displayText="Oslo School of Architecture and Design" w:value="Oslo School of Architecture and Design"/>
                  <w:listItem w:displayText="OsloMet – Oslo Metropolitan University" w:value="OsloMet – Oslo Metropolitan University"/>
                  <w:listItem w:displayText="Pallas University of Applied Sciences" w:value="Pallas University of Applied Sciences"/>
                  <w:listItem w:displayText="Umeå Institute of Design" w:value="Umeå Institute of Design"/>
                  <w:listItem w:displayText="University of Lapland" w:value="University of Lapland"/>
                  <w:listItem w:displayText="University of Bergen, Faculty of Fine Art, Music and Design" w:value="University of Bergen, Faculty of Fine Art, Music and Design"/>
                  <w:listItem w:displayText="University of Gothenburg, HDK - Academy of Design &amp; Crafts" w:value="University of Gothenburg, HDK - Academy of Design &amp; Crafts"/>
                  <w:listItem w:displayText="Vilnius Academy of Arts" w:value="Vilnius Academy of Arts"/>
                  <w:listItem w:displayText="The Swedish School of Textiles University of Borås" w:value="The Swedish School of Textiles University of Borås"/>
                </w:dropDownList>
              </w:sdtPr>
              <w:sdtEndPr/>
              <w:sdtContent>
                <w:r>
                  <w:t>Choose institution</w:t>
                </w:r>
              </w:sdtContent>
            </w:sdt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46BE3" w14:textId="77777777" w:rsidR="008112A0" w:rsidRDefault="00F97AE2">
            <w:pPr>
              <w:rPr>
                <w:rFonts w:hint="eastAsia"/>
              </w:rPr>
            </w:pPr>
            <w:sdt>
              <w:sdtPr>
                <w:alias w:val="Select 28"/>
                <w:tag w:val="KUNO_28"/>
                <w:id w:val="932551168"/>
                <w:dropDownList>
                  <w:listItem w:displayText="Select..." w:value="Select..."/>
                  <w:listItem w:displayText="Male" w:value="Male"/>
                  <w:listItem w:displayText="Female" w:value="Female"/>
                  <w:listItem w:displayText="Other" w:value="Other"/>
                </w:dropDownList>
              </w:sdtPr>
              <w:sdtEndPr/>
              <w:sdtContent>
                <w:r>
                  <w:t>Select...</w:t>
                </w:r>
              </w:sdtContent>
            </w:sdt>
          </w:p>
        </w:tc>
      </w:tr>
      <w:tr w:rsidR="008112A0" w14:paraId="2D5C42A4" w14:textId="77777777" w:rsidTr="004F10AA">
        <w:trPr>
          <w:jc w:val="center"/>
        </w:trPr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0D4DA" w14:textId="77777777" w:rsidR="008112A0" w:rsidRDefault="00F97AE2">
            <w:pPr>
              <w:rPr>
                <w:rFonts w:hint="eastAsia"/>
              </w:rPr>
            </w:pPr>
            <w:sdt>
              <w:sdtPr>
                <w:alias w:val="Select 29"/>
                <w:tag w:val="KUNO_29"/>
                <w:id w:val="1175614413"/>
                <w:dropDownList>
                  <w:listItem w:displayText="Select..." w:value="Select..."/>
                  <w:listItem w:displayText="Students" w:value="Students"/>
                  <w:listItem w:displayText="Teachers" w:value="Teachers"/>
                </w:dropDownList>
              </w:sdtPr>
              <w:sdtEndPr/>
              <w:sdtContent>
                <w:r>
                  <w:t>Select...</w:t>
                </w:r>
              </w:sdtContent>
            </w:sdt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2958D" w14:textId="77777777" w:rsidR="008112A0" w:rsidRDefault="00F97AE2">
            <w:pPr>
              <w:rPr>
                <w:rFonts w:hint="eastAsia"/>
              </w:rPr>
            </w:pPr>
            <w:sdt>
              <w:sdtPr>
                <w:alias w:val="Select 30"/>
                <w:tag w:val="KUNO_30"/>
                <w:id w:val="-394277291"/>
                <w:dropDownList>
                  <w:listItem w:displayText="Choose institution" w:value="Choose institution"/>
                  <w:listItem w:displayText="Aalto University, School of Arts, Design and Architecture" w:value="Aalto University, School of Arts, Design and Architecture"/>
                  <w:listItem w:displayText="Art Academy of Latvia" w:value="Art Academy of Latvia"/>
                  <w:listItem w:displayText="Design School Kolding" w:value="Design School Kolding"/>
                  <w:listItem w:displayText="Estonian Academy of Arts" w:value="Estonian Academy of Arts"/>
                  <w:listItem w:displayText="Iceland University of the Arts" w:value="Iceland University of the Arts"/>
                  <w:listItem w:displayText="Konstfack" w:value="Konstfack"/>
                  <w:listItem w:displayText="Royal Danish Academy" w:value="Royal Danish Academy"/>
                  <w:listItem w:displayText="Kristiania University College – Westerdals Department of Communication and Design" w:value="Kristiania University College – Westerdals Department of Communication and Design"/>
                  <w:listItem w:displayText="LAB University of Applied Sciences, Institute of Design and Fine Arts" w:value="LAB University of Applied Sciences, Institute of Design and Fine Arts"/>
                  <w:listItem w:displayText="Linnaeus University" w:value="Linnaeus University"/>
                  <w:listItem w:displayText="Lund University – School of Industrial Design" w:value="Lund University – School of Industrial Design"/>
                  <w:listItem w:displayText="Norwegian University of Science and Technology - NTNU, Faculty of Architecture and Design" w:value="Norwegian University of Science and Technology - NTNU, Faculty of Architecture and Design"/>
                  <w:listItem w:displayText="Oslo National Academy of Arts" w:value="Oslo National Academy of Arts"/>
                  <w:listItem w:displayText="Oslo School of Architecture and Design" w:value="Oslo School of Architecture and Design"/>
                  <w:listItem w:displayText="OsloMet – Oslo Metropolitan University" w:value="OsloMet – Oslo Metropolitan University"/>
                  <w:listItem w:displayText="Pallas University of Applied Sciences" w:value="Pallas University of Applied Sciences"/>
                  <w:listItem w:displayText="Umeå Institute of Design" w:value="Umeå Institute of Design"/>
                  <w:listItem w:displayText="University of Lapland" w:value="University of Lapland"/>
                  <w:listItem w:displayText="University of Bergen, Faculty of Fine Art, Music and Design" w:value="University of Bergen, Faculty of Fine Art, Music and Design"/>
                  <w:listItem w:displayText="University of Gothenburg, HDK - Academy of Design &amp; Crafts" w:value="University of Gothenburg, HDK - Academy of Design &amp; Crafts"/>
                  <w:listItem w:displayText="Vilnius Academy of Arts" w:value="Vilnius Academy of Arts"/>
                  <w:listItem w:displayText="The Swedish School of Textiles University of Borås" w:value="The Swedish School of Textiles University of Borås"/>
                </w:dropDownList>
              </w:sdtPr>
              <w:sdtEndPr/>
              <w:sdtContent>
                <w:r>
                  <w:t>Choose institution</w:t>
                </w:r>
              </w:sdtContent>
            </w:sdt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FFA59" w14:textId="77777777" w:rsidR="008112A0" w:rsidRDefault="00F97AE2">
            <w:pPr>
              <w:rPr>
                <w:rFonts w:hint="eastAsia"/>
              </w:rPr>
            </w:pPr>
            <w:sdt>
              <w:sdtPr>
                <w:alias w:val="Select 31"/>
                <w:tag w:val="KUNO_31"/>
                <w:id w:val="143403055"/>
                <w:dropDownList>
                  <w:listItem w:displayText="Choose institution" w:value="Choose institution"/>
                  <w:listItem w:displayText="Aalto University, School of Arts, Design and Architecture" w:value="Aalto University, School of Arts, Design and Architecture"/>
                  <w:listItem w:displayText="Art Academy of Latvia" w:value="Art Academy of Latvia"/>
                  <w:listItem w:displayText="Design School Kolding" w:value="Design School Kolding"/>
                  <w:listItem w:displayText="Estonian Academy of Arts" w:value="Estonian Academy of Arts"/>
                  <w:listItem w:displayText="Iceland University of the Arts" w:value="Iceland University of the Arts"/>
                  <w:listItem w:displayText="Konstfack" w:value="Konstfack"/>
                  <w:listItem w:displayText="Royal Danish Academy" w:value="Royal Danish Academy"/>
                  <w:listItem w:displayText="Kristiania University College – Westerdals Department of Communication and Design" w:value="Kristiania University College – Westerdals Department of Communication and Design"/>
                  <w:listItem w:displayText="LAB University of Applied Sciences, Institute of Design and Fine Arts" w:value="LAB University of Applied Sciences, Institute of Design and Fine Arts"/>
                  <w:listItem w:displayText="Linnaeus University" w:value="Linnaeus University"/>
                  <w:listItem w:displayText="Lund University – School of Industrial Design" w:value="Lund University – School of Industrial Design"/>
                  <w:listItem w:displayText="Norwegian University of Science and Technology - NTNU, Faculty of Architecture and Design" w:value="Norwegian University of Science and Technology - NTNU, Faculty of Architecture and Design"/>
                  <w:listItem w:displayText="Oslo National Academy of Arts" w:value="Oslo National Academy of Arts"/>
                  <w:listItem w:displayText="Oslo School of Architecture and Design" w:value="Oslo School of Architecture and Design"/>
                  <w:listItem w:displayText="OsloMet – Oslo Metropolitan University" w:value="OsloMet – Oslo Metropolitan University"/>
                  <w:listItem w:displayText="Pallas University of Applied Sciences" w:value="Pallas University of Applied Sciences"/>
                  <w:listItem w:displayText="Umeå Institute of Design" w:value="Umeå Institute of Design"/>
                  <w:listItem w:displayText="University of Lapland" w:value="University of Lapland"/>
                  <w:listItem w:displayText="University of Bergen, Faculty of Fine Art, Music and Design" w:value="University of Bergen, Faculty of Fine Art, Music and Design"/>
                  <w:listItem w:displayText="University of Gothenburg, HDK - Academy of Design &amp; Crafts" w:value="University of Gothenburg, HDK - Academy of Design &amp; Crafts"/>
                  <w:listItem w:displayText="Vilnius Academy of Arts" w:value="Vilnius Academy of Arts"/>
                  <w:listItem w:displayText="The Swedish School of Textiles University of Borås" w:value="The Swedish School of Textiles University of Borås"/>
                </w:dropDownList>
              </w:sdtPr>
              <w:sdtEndPr/>
              <w:sdtContent>
                <w:r>
                  <w:t>Choose institution</w:t>
                </w:r>
              </w:sdtContent>
            </w:sdt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3DDAF" w14:textId="77777777" w:rsidR="008112A0" w:rsidRDefault="00F97AE2">
            <w:pPr>
              <w:rPr>
                <w:rFonts w:hint="eastAsia"/>
              </w:rPr>
            </w:pPr>
            <w:sdt>
              <w:sdtPr>
                <w:alias w:val="Select 32"/>
                <w:tag w:val="KUNO_32"/>
                <w:id w:val="-650135706"/>
                <w:dropDownList>
                  <w:listItem w:displayText="Select..." w:value="Select..."/>
                  <w:listItem w:displayText="Male" w:value="Male"/>
                  <w:listItem w:displayText="Female" w:value="Female"/>
                  <w:listItem w:displayText="Other" w:value="Other"/>
                </w:dropDownList>
              </w:sdtPr>
              <w:sdtEndPr/>
              <w:sdtContent>
                <w:r>
                  <w:t>Select...</w:t>
                </w:r>
              </w:sdtContent>
            </w:sdt>
          </w:p>
        </w:tc>
      </w:tr>
      <w:tr w:rsidR="008112A0" w14:paraId="205D7353" w14:textId="77777777" w:rsidTr="004F10AA">
        <w:trPr>
          <w:jc w:val="center"/>
        </w:trPr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54CAB" w14:textId="77777777" w:rsidR="008112A0" w:rsidRDefault="00F97AE2">
            <w:pPr>
              <w:rPr>
                <w:rFonts w:hint="eastAsia"/>
              </w:rPr>
            </w:pPr>
            <w:sdt>
              <w:sdtPr>
                <w:alias w:val="Select 33"/>
                <w:tag w:val="KUNO_33"/>
                <w:id w:val="743764251"/>
                <w:dropDownList>
                  <w:listItem w:displayText="Select..." w:value="Select..."/>
                  <w:listItem w:displayText="Students" w:value="Students"/>
                  <w:listItem w:displayText="Teachers" w:value="Teachers"/>
                </w:dropDownList>
              </w:sdtPr>
              <w:sdtEndPr/>
              <w:sdtContent>
                <w:r>
                  <w:t>Select...</w:t>
                </w:r>
              </w:sdtContent>
            </w:sdt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B13B6" w14:textId="77777777" w:rsidR="008112A0" w:rsidRDefault="00F97AE2">
            <w:pPr>
              <w:rPr>
                <w:rFonts w:hint="eastAsia"/>
              </w:rPr>
            </w:pPr>
            <w:sdt>
              <w:sdtPr>
                <w:alias w:val="Select 34"/>
                <w:tag w:val="KUNO_34"/>
                <w:id w:val="283471100"/>
                <w:dropDownList>
                  <w:listItem w:displayText="Choose institution" w:value="Choose institution"/>
                  <w:listItem w:displayText="Aalto University, School of Arts, Design and Architecture" w:value="Aalto University, School of Arts, Design and Architecture"/>
                  <w:listItem w:displayText="Art Academy of Latvia" w:value="Art Academy of Latvia"/>
                  <w:listItem w:displayText="Design School Kolding" w:value="Design School Kolding"/>
                  <w:listItem w:displayText="Estonian Academy of Arts" w:value="Estonian Academy of Arts"/>
                  <w:listItem w:displayText="Iceland University of the Arts" w:value="Iceland University of the Arts"/>
                  <w:listItem w:displayText="Konstfack" w:value="Konstfack"/>
                  <w:listItem w:displayText="Royal Danish Academy" w:value="Royal Danish Academy"/>
                  <w:listItem w:displayText="Kristiania University College – Westerdals Department of Communication and Design" w:value="Kristiania University College – Westerdals Department of Communication and Design"/>
                  <w:listItem w:displayText="LAB University of Applied Sciences, Institute of Design and Fine Arts" w:value="LAB University of Applied Sciences, Institute of Design and Fine Arts"/>
                  <w:listItem w:displayText="Linnaeus University" w:value="Linnaeus University"/>
                  <w:listItem w:displayText="Lund University – School of Industrial Design" w:value="Lund University – School of Industrial Design"/>
                  <w:listItem w:displayText="Norwegian University of Science and Technology - NTNU, Faculty of Architecture and Design" w:value="Norwegian University of Science and Technology - NTNU, Faculty of Architecture and Design"/>
                  <w:listItem w:displayText="Oslo National Academy of Arts" w:value="Oslo National Academy of Arts"/>
                  <w:listItem w:displayText="Oslo School of Architecture and Design" w:value="Oslo School of Architecture and Design"/>
                  <w:listItem w:displayText="OsloMet – Oslo Metropolitan University" w:value="OsloMet – Oslo Metropolitan University"/>
                  <w:listItem w:displayText="Pallas University of Applied Sciences" w:value="Pallas University of Applied Sciences"/>
                  <w:listItem w:displayText="Umeå Institute of Design" w:value="Umeå Institute of Design"/>
                  <w:listItem w:displayText="University of Lapland" w:value="University of Lapland"/>
                  <w:listItem w:displayText="University of Bergen, Faculty of Fine Art, Music and Design" w:value="University of Bergen, Faculty of Fine Art, Music and Design"/>
                  <w:listItem w:displayText="University of Gothenburg, HDK - Academy of Design &amp; Crafts" w:value="University of Gothenburg, HDK - Academy of Design &amp; Crafts"/>
                  <w:listItem w:displayText="Vilnius Academy of Arts" w:value="Vilnius Academy of Arts"/>
                  <w:listItem w:displayText="The Swedish School of Textiles University of Borås" w:value="The Swedish School of Textiles University of Borås"/>
                </w:dropDownList>
              </w:sdtPr>
              <w:sdtEndPr/>
              <w:sdtContent>
                <w:r>
                  <w:t>Choose institution</w:t>
                </w:r>
              </w:sdtContent>
            </w:sdt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013EC" w14:textId="77777777" w:rsidR="008112A0" w:rsidRDefault="00F97AE2">
            <w:pPr>
              <w:rPr>
                <w:rFonts w:hint="eastAsia"/>
              </w:rPr>
            </w:pPr>
            <w:sdt>
              <w:sdtPr>
                <w:alias w:val="Select 35"/>
                <w:tag w:val="KUNO_35"/>
                <w:id w:val="1696426828"/>
                <w:dropDownList>
                  <w:listItem w:displayText="Choose institution" w:value="Choose institution"/>
                  <w:listItem w:displayText="Aalto University, School of Arts, Design and Architecture" w:value="Aalto University, School of Arts, Design and Architecture"/>
                  <w:listItem w:displayText="Art Academy of Latvia" w:value="Art Academy of Latvia"/>
                  <w:listItem w:displayText="Design School Kolding" w:value="Design School Kolding"/>
                  <w:listItem w:displayText="Estonian Academy of Arts" w:value="Estonian Academy of Arts"/>
                  <w:listItem w:displayText="Iceland University of the Arts" w:value="Iceland University of the Arts"/>
                  <w:listItem w:displayText="Konstfack" w:value="Konstfack"/>
                  <w:listItem w:displayText="Royal Danish Academy" w:value="Royal Danish Academy"/>
                  <w:listItem w:displayText="Kristiania University College – Westerdals Department of Communication and Design" w:value="Kristiania University College – Westerdals Department of Communication and Design"/>
                  <w:listItem w:displayText="LAB University of Applied Sciences, Institute of Design and Fine Arts" w:value="LAB University of Applied Sciences, Institute of Design and Fine Arts"/>
                  <w:listItem w:displayText="Linnaeus University" w:value="Linnaeus University"/>
                  <w:listItem w:displayText="Lund University – School of Industrial Design" w:value="Lund University – School of Industrial Design"/>
                  <w:listItem w:displayText="Norwegian University of Science and Technology - NTNU, Faculty of Architecture and Design" w:value="Norwegian University of Science and Technology - NTNU, Faculty of Architecture and Design"/>
                  <w:listItem w:displayText="Oslo National Academy of Arts" w:value="Oslo National Academy of Arts"/>
                  <w:listItem w:displayText="Oslo School of Architecture and Design" w:value="Oslo School of Architecture and Design"/>
                  <w:listItem w:displayText="OsloMet – Oslo Metropolitan University" w:value="OsloMet – Oslo Metropolitan University"/>
                  <w:listItem w:displayText="Pallas University of Applied Sciences" w:value="Pallas University of Applied Sciences"/>
                  <w:listItem w:displayText="Umeå Institute of Design" w:value="Umeå Institute of Design"/>
                  <w:listItem w:displayText="University of Lapland" w:value="University of Lapland"/>
                  <w:listItem w:displayText="University of Bergen, Faculty of Fine Art, Music and Design" w:value="University of Bergen, Faculty of Fine Art, Music and Design"/>
                  <w:listItem w:displayText="University of Gothenburg, HDK - Academy of Design &amp; Crafts" w:value="University of Gothenburg, HDK - Academy of Design &amp; Crafts"/>
                  <w:listItem w:displayText="Vilnius Academy of Arts" w:value="Vilnius Academy of Arts"/>
                  <w:listItem w:displayText="The Swedish School of Textiles University of Borås" w:value="The Swedish School of Textiles University of Borås"/>
                </w:dropDownList>
              </w:sdtPr>
              <w:sdtEndPr/>
              <w:sdtContent>
                <w:r>
                  <w:t>Choose institution</w:t>
                </w:r>
              </w:sdtContent>
            </w:sdt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9004E" w14:textId="77777777" w:rsidR="008112A0" w:rsidRDefault="00F97AE2">
            <w:pPr>
              <w:rPr>
                <w:rFonts w:hint="eastAsia"/>
              </w:rPr>
            </w:pPr>
            <w:sdt>
              <w:sdtPr>
                <w:alias w:val="Select 36"/>
                <w:tag w:val="KUNO_36"/>
                <w:id w:val="-1985147188"/>
                <w:dropDownList>
                  <w:listItem w:displayText="Select..." w:value="Select..."/>
                  <w:listItem w:displayText="Male" w:value="Male"/>
                  <w:listItem w:displayText="Female" w:value="Female"/>
                  <w:listItem w:displayText="Other" w:value="Other"/>
                </w:dropDownList>
              </w:sdtPr>
              <w:sdtEndPr/>
              <w:sdtContent>
                <w:r>
                  <w:t>Select...</w:t>
                </w:r>
              </w:sdtContent>
            </w:sdt>
          </w:p>
        </w:tc>
      </w:tr>
      <w:tr w:rsidR="008112A0" w14:paraId="1B2E3634" w14:textId="77777777" w:rsidTr="004F10AA">
        <w:trPr>
          <w:jc w:val="center"/>
        </w:trPr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DF977" w14:textId="77777777" w:rsidR="008112A0" w:rsidRDefault="00F97AE2">
            <w:pPr>
              <w:rPr>
                <w:rFonts w:hint="eastAsia"/>
              </w:rPr>
            </w:pPr>
            <w:sdt>
              <w:sdtPr>
                <w:alias w:val="Select 37"/>
                <w:tag w:val="KUNO_37"/>
                <w:id w:val="-96951357"/>
                <w:dropDownList>
                  <w:listItem w:displayText="Select..." w:value="Select..."/>
                  <w:listItem w:displayText="Students" w:value="Students"/>
                  <w:listItem w:displayText="Teachers" w:value="Teachers"/>
                </w:dropDownList>
              </w:sdtPr>
              <w:sdtEndPr/>
              <w:sdtContent>
                <w:r>
                  <w:t>Select...</w:t>
                </w:r>
              </w:sdtContent>
            </w:sdt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81A8D" w14:textId="77777777" w:rsidR="008112A0" w:rsidRDefault="00F97AE2">
            <w:pPr>
              <w:rPr>
                <w:rFonts w:hint="eastAsia"/>
              </w:rPr>
            </w:pPr>
            <w:sdt>
              <w:sdtPr>
                <w:alias w:val="Select 38"/>
                <w:tag w:val="KUNO_38"/>
                <w:id w:val="-802695145"/>
                <w:dropDownList>
                  <w:listItem w:displayText="Choose institution" w:value="Choose institution"/>
                  <w:listItem w:displayText="Aalto University, School of Arts, Design and Architecture" w:value="Aalto University, School of Arts, Design and Architecture"/>
                  <w:listItem w:displayText="Art Academy of Latvia" w:value="Art Academy of Latvia"/>
                  <w:listItem w:displayText="Design School Kolding" w:value="Design School Kolding"/>
                  <w:listItem w:displayText="Estonian Academy of Arts" w:value="Estonian Academy of Arts"/>
                  <w:listItem w:displayText="Iceland University of the Arts" w:value="Iceland University of the Arts"/>
                  <w:listItem w:displayText="Konstfack" w:value="Konstfack"/>
                  <w:listItem w:displayText="Royal Danish Academy" w:value="Royal Danish Academy"/>
                  <w:listItem w:displayText="Kristiania University College – Westerdals Department of Communication and Design" w:value="Kristiania University College – Westerdals Department of Communication and Design"/>
                  <w:listItem w:displayText="LAB University of Applied Sciences, Institute of Design and Fine Arts" w:value="LAB University of Applied Sciences, Institute of Design and Fine Arts"/>
                  <w:listItem w:displayText="Linnaeus University" w:value="Linnaeus University"/>
                  <w:listItem w:displayText="Lund University – School of Industrial Design" w:value="Lund University – School of Industrial Design"/>
                  <w:listItem w:displayText="Norwegian University of Science and Technology - NTNU, Faculty of Architecture and Design" w:value="Norwegian University of Science and Technology - NTNU, Faculty of Architecture and Design"/>
                  <w:listItem w:displayText="Oslo National Academy of Arts" w:value="Oslo National Academy of Arts"/>
                  <w:listItem w:displayText="Oslo School of Architecture and Design" w:value="Oslo School of Architecture and Design"/>
                  <w:listItem w:displayText="OsloMet – Oslo Metropolitan University" w:value="OsloMet – Oslo Metropolitan University"/>
                  <w:listItem w:displayText="Pallas University of Applied Sciences" w:value="Pallas University of Applied Sciences"/>
                  <w:listItem w:displayText="Umeå Institute of Design" w:value="Umeå Institute of Design"/>
                  <w:listItem w:displayText="University of Lapland" w:value="University of Lapland"/>
                  <w:listItem w:displayText="University of Bergen, Faculty of Fine Art, Music and Design" w:value="University of Bergen, Faculty of Fine Art, Music and Design"/>
                  <w:listItem w:displayText="University of Gothenburg, HDK - Academy of Design &amp; Crafts" w:value="University of Gothenburg, HDK - Academy of Design &amp; Crafts"/>
                  <w:listItem w:displayText="Vilnius Academy of Arts" w:value="Vilnius Academy of Arts"/>
                  <w:listItem w:displayText="The Swedish School of Textiles University of Borås" w:value="The Swedish School of Textiles University of Borås"/>
                </w:dropDownList>
              </w:sdtPr>
              <w:sdtEndPr/>
              <w:sdtContent>
                <w:r>
                  <w:t>Choose institution</w:t>
                </w:r>
              </w:sdtContent>
            </w:sdt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F88A3" w14:textId="77777777" w:rsidR="008112A0" w:rsidRDefault="00F97AE2">
            <w:pPr>
              <w:rPr>
                <w:rFonts w:hint="eastAsia"/>
              </w:rPr>
            </w:pPr>
            <w:sdt>
              <w:sdtPr>
                <w:alias w:val="Select 39"/>
                <w:tag w:val="KUNO_39"/>
                <w:id w:val="1522046134"/>
                <w:dropDownList>
                  <w:listItem w:displayText="Choose institution" w:value="Choose institution"/>
                  <w:listItem w:displayText="Aalto University, School of Arts, Design and Architecture" w:value="Aalto University, School of Arts, Design and Architecture"/>
                  <w:listItem w:displayText="Art Academy of Latvia" w:value="Art Academy of Latvia"/>
                  <w:listItem w:displayText="Design School Kolding" w:value="Design School Kolding"/>
                  <w:listItem w:displayText="Estonian Academy of Arts" w:value="Estonian Academy of Arts"/>
                  <w:listItem w:displayText="Iceland University of the Arts" w:value="Iceland University of the Arts"/>
                  <w:listItem w:displayText="Konstfack" w:value="Konstfack"/>
                  <w:listItem w:displayText="Royal Danish Academy" w:value="Royal Danish Academy"/>
                  <w:listItem w:displayText="Kristiania University College – Westerdals Department of Communication and Design" w:value="Kristiania University College – Westerdals Department of Communication and Design"/>
                  <w:listItem w:displayText="LAB University of Applied Sciences, Institute of Design and Fine Arts" w:value="LAB University of Applied Sciences, Institute of Design and Fine Arts"/>
                  <w:listItem w:displayText="Linnaeus University" w:value="Linnaeus University"/>
                  <w:listItem w:displayText="Lund University – School of Industrial Design" w:value="Lund University – School of Industrial Design"/>
                  <w:listItem w:displayText="Norwegian University of Science and Technology - NTNU, Faculty of Architecture and Design" w:value="Norwegian University of Science and Technology - NTNU, Faculty of Architecture and Design"/>
                  <w:listItem w:displayText="Oslo National Academy of Arts" w:value="Oslo National Academy of Arts"/>
                  <w:listItem w:displayText="Oslo School of Architecture and Design" w:value="Oslo School of Architecture and Design"/>
                  <w:listItem w:displayText="OsloMet – Oslo Metropolitan University" w:value="OsloMet – Oslo Metropolitan University"/>
                  <w:listItem w:displayText="Pallas University of Applied Sciences" w:value="Pallas University of Applied Sciences"/>
                  <w:listItem w:displayText="Umeå Institute of Design" w:value="Umeå Institute of Design"/>
                  <w:listItem w:displayText="University of Lapland" w:value="University of Lapland"/>
                  <w:listItem w:displayText="University of Bergen, Faculty of Fine Art, Music and Design" w:value="University of Bergen, Faculty of Fine Art, Music and Design"/>
                  <w:listItem w:displayText="University of Gothenburg, HDK - Academy of Design &amp; Crafts" w:value="University of Gothenburg, HDK - Academy of Design &amp; Crafts"/>
                  <w:listItem w:displayText="Vilnius Academy of Arts" w:value="Vilnius Academy of Arts"/>
                  <w:listItem w:displayText="The Swedish School of Textiles University of Borås" w:value="The Swedish School of Textiles University of Borås"/>
                </w:dropDownList>
              </w:sdtPr>
              <w:sdtEndPr/>
              <w:sdtContent>
                <w:r>
                  <w:t>Choose institution</w:t>
                </w:r>
              </w:sdtContent>
            </w:sdt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9A0E4" w14:textId="77777777" w:rsidR="008112A0" w:rsidRDefault="00F97AE2">
            <w:pPr>
              <w:rPr>
                <w:rFonts w:hint="eastAsia"/>
              </w:rPr>
            </w:pPr>
            <w:sdt>
              <w:sdtPr>
                <w:alias w:val="Select 40"/>
                <w:tag w:val="KUNO_40"/>
                <w:id w:val="1944254320"/>
                <w:dropDownList>
                  <w:listItem w:displayText="Select..." w:value="Select..."/>
                  <w:listItem w:displayText="Male" w:value="Male"/>
                  <w:listItem w:displayText="Female" w:value="Female"/>
                  <w:listItem w:displayText="Other" w:value="Other"/>
                </w:dropDownList>
              </w:sdtPr>
              <w:sdtEndPr/>
              <w:sdtContent>
                <w:r>
                  <w:t>Select...</w:t>
                </w:r>
              </w:sdtContent>
            </w:sdt>
          </w:p>
        </w:tc>
      </w:tr>
      <w:tr w:rsidR="008112A0" w14:paraId="6EB4A36B" w14:textId="77777777" w:rsidTr="004F10AA">
        <w:trPr>
          <w:jc w:val="center"/>
        </w:trPr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22788" w14:textId="77777777" w:rsidR="008112A0" w:rsidRDefault="00F97AE2">
            <w:pPr>
              <w:rPr>
                <w:rFonts w:hint="eastAsia"/>
              </w:rPr>
            </w:pPr>
            <w:sdt>
              <w:sdtPr>
                <w:alias w:val="Select 41"/>
                <w:tag w:val="KUNO_41"/>
                <w:id w:val="-89546487"/>
                <w:dropDownList>
                  <w:listItem w:displayText="Select..." w:value="Select..."/>
                  <w:listItem w:displayText="Students" w:value="Students"/>
                  <w:listItem w:displayText="Teachers" w:value="Teachers"/>
                </w:dropDownList>
              </w:sdtPr>
              <w:sdtEndPr/>
              <w:sdtContent>
                <w:r>
                  <w:t>Select...</w:t>
                </w:r>
              </w:sdtContent>
            </w:sdt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3608D" w14:textId="77777777" w:rsidR="008112A0" w:rsidRDefault="00F97AE2">
            <w:pPr>
              <w:rPr>
                <w:rFonts w:hint="eastAsia"/>
              </w:rPr>
            </w:pPr>
            <w:sdt>
              <w:sdtPr>
                <w:alias w:val="Select 42"/>
                <w:tag w:val="KUNO_42"/>
                <w:id w:val="686409323"/>
                <w:dropDownList>
                  <w:listItem w:displayText="Choose institution" w:value="Choose institution"/>
                  <w:listItem w:displayText="Aalto University, School of Arts, Design and Architecture" w:value="Aalto University, School of Arts, Design and Architecture"/>
                  <w:listItem w:displayText="Art Academy of Latvia" w:value="Art Academy of Latvia"/>
                  <w:listItem w:displayText="Design School Kolding" w:value="Design School Kolding"/>
                  <w:listItem w:displayText="Estonian Academy of Arts" w:value="Estonian Academy of Arts"/>
                  <w:listItem w:displayText="Iceland University of the Arts" w:value="Iceland University of the Arts"/>
                  <w:listItem w:displayText="Konstfack" w:value="Konstfack"/>
                  <w:listItem w:displayText="Royal Danish Academy" w:value="Royal Danish Academy"/>
                  <w:listItem w:displayText="Kristiania University College – Westerdals Department of Communication and Design" w:value="Kristiania University College – Westerdals Department of Communication and Design"/>
                  <w:listItem w:displayText="LAB University of Applied Sciences, Institute of Design and Fine Arts" w:value="LAB University of Applied Sciences, Institute of Design and Fine Arts"/>
                  <w:listItem w:displayText="Linnaeus University" w:value="Linnaeus University"/>
                  <w:listItem w:displayText="Lund University – School of Industrial Design" w:value="Lund University – School of Industrial Design"/>
                  <w:listItem w:displayText="Norwegian University of Science and Technology - NTNU, Faculty of Architecture and Design" w:value="Norwegian University of Science and Technology - NTNU, Faculty of Architecture and Design"/>
                  <w:listItem w:displayText="Oslo National Academy of Arts" w:value="Oslo National Academy of Arts"/>
                  <w:listItem w:displayText="Oslo School of Architecture and Design" w:value="Oslo School of Architecture and Design"/>
                  <w:listItem w:displayText="OsloMet – Oslo Metropolitan University" w:value="OsloMet – Oslo Metropolitan University"/>
                  <w:listItem w:displayText="Pallas University of Applied Sciences" w:value="Pallas University of Applied Sciences"/>
                  <w:listItem w:displayText="Umeå Institute of Design" w:value="Umeå Institute of Design"/>
                  <w:listItem w:displayText="University of Lapland" w:value="University of Lapland"/>
                  <w:listItem w:displayText="University of Bergen, Faculty of Fine Art, Music and Design" w:value="University of Bergen, Faculty of Fine Art, Music and Design"/>
                  <w:listItem w:displayText="University of Gothenburg, HDK - Academy of Design &amp; Crafts" w:value="University of Gothenburg, HDK - Academy of Design &amp; Crafts"/>
                  <w:listItem w:displayText="Vilnius Academy of Arts" w:value="Vilnius Academy of Arts"/>
                  <w:listItem w:displayText="The Swedish School of Textiles University of Borås" w:value="The Swedish School of Textiles University of Borås"/>
                </w:dropDownList>
              </w:sdtPr>
              <w:sdtEndPr/>
              <w:sdtContent>
                <w:r>
                  <w:t>Choose institution</w:t>
                </w:r>
              </w:sdtContent>
            </w:sdt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BDA64" w14:textId="77777777" w:rsidR="008112A0" w:rsidRDefault="00F97AE2">
            <w:pPr>
              <w:rPr>
                <w:rFonts w:hint="eastAsia"/>
              </w:rPr>
            </w:pPr>
            <w:sdt>
              <w:sdtPr>
                <w:alias w:val="Select 43"/>
                <w:tag w:val="KUNO_43"/>
                <w:id w:val="1892917761"/>
                <w:dropDownList>
                  <w:listItem w:displayText="Choose institution" w:value="Choose institution"/>
                  <w:listItem w:displayText="Aalto University, School of Arts, Design and Architecture" w:value="Aalto University, School of Arts, Design and Architecture"/>
                  <w:listItem w:displayText="Art Academy of Latvia" w:value="Art Academy of Latvia"/>
                  <w:listItem w:displayText="Design School Kolding" w:value="Design School Kolding"/>
                  <w:listItem w:displayText="Estonian Academy of Arts" w:value="Estonian Academy of Arts"/>
                  <w:listItem w:displayText="Iceland University of the Arts" w:value="Iceland University of the Arts"/>
                  <w:listItem w:displayText="Konstfack" w:value="Konstfack"/>
                  <w:listItem w:displayText="Royal Danish Academy" w:value="Royal Danish Academy"/>
                  <w:listItem w:displayText="Kristiania University College – Westerdals Department of Communication and Design" w:value="Kristiania University College – Westerdals Department of Communication and Design"/>
                  <w:listItem w:displayText="LAB University of Applied Sciences, Institute of Design and Fine Arts" w:value="LAB University of Applied Sciences, Institute of Design and Fine Arts"/>
                  <w:listItem w:displayText="Linnaeus University" w:value="Linnaeus University"/>
                  <w:listItem w:displayText="Lund University – School of Industrial Design" w:value="Lund University – School of Industrial Design"/>
                  <w:listItem w:displayText="Norwegian University of Science and Technology - NTNU, Faculty of Architecture and Design" w:value="Norwegian University of Science and Technology - NTNU, Faculty of Architecture and Design"/>
                  <w:listItem w:displayText="Oslo National Academy of Arts" w:value="Oslo National Academy of Arts"/>
                  <w:listItem w:displayText="Oslo School of Architecture and Design" w:value="Oslo School of Architecture and Design"/>
                  <w:listItem w:displayText="OsloMet – Oslo Metropolitan University" w:value="OsloMet – Oslo Metropolitan University"/>
                  <w:listItem w:displayText="Pallas University of Applied Sciences" w:value="Pallas University of Applied Sciences"/>
                  <w:listItem w:displayText="Umeå Institute of Design" w:value="Umeå Institute of Design"/>
                  <w:listItem w:displayText="University of Lapland" w:value="University of Lapland"/>
                  <w:listItem w:displayText="University of Bergen, Faculty of Fine Art, Music and Design" w:value="University of Bergen, Faculty of Fine Art, Music and Design"/>
                  <w:listItem w:displayText="University of Gothenburg, HDK - Academy of Design &amp; Crafts" w:value="University of Gothenburg, HDK - Academy of Design &amp; Crafts"/>
                  <w:listItem w:displayText="Vilnius Academy of Arts" w:value="Vilnius Academy of Arts"/>
                  <w:listItem w:displayText="The Swedish School of Textiles University of Borås" w:value="The Swedish School of Textiles University of Borås"/>
                </w:dropDownList>
              </w:sdtPr>
              <w:sdtEndPr/>
              <w:sdtContent>
                <w:r>
                  <w:t>Choose institution</w:t>
                </w:r>
              </w:sdtContent>
            </w:sdt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5E7A5" w14:textId="77777777" w:rsidR="008112A0" w:rsidRDefault="00F97AE2">
            <w:pPr>
              <w:rPr>
                <w:rFonts w:hint="eastAsia"/>
              </w:rPr>
            </w:pPr>
            <w:sdt>
              <w:sdtPr>
                <w:alias w:val="Select 44"/>
                <w:tag w:val="KUNO_44"/>
                <w:id w:val="1474335042"/>
                <w:dropDownList>
                  <w:listItem w:displayText="Select..." w:value="Select..."/>
                  <w:listItem w:displayText="Male" w:value="Male"/>
                  <w:listItem w:displayText="Female" w:value="Female"/>
                  <w:listItem w:displayText="Other" w:value="Other"/>
                </w:dropDownList>
              </w:sdtPr>
              <w:sdtEndPr/>
              <w:sdtContent>
                <w:r>
                  <w:t>Select...</w:t>
                </w:r>
              </w:sdtContent>
            </w:sdt>
          </w:p>
        </w:tc>
      </w:tr>
      <w:tr w:rsidR="008112A0" w14:paraId="2A22519D" w14:textId="77777777" w:rsidTr="00F97AE2">
        <w:trPr>
          <w:jc w:val="center"/>
        </w:trPr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E3117" w14:textId="77777777" w:rsidR="008112A0" w:rsidRDefault="00F97AE2">
            <w:pPr>
              <w:rPr>
                <w:rFonts w:hint="eastAsia"/>
              </w:rPr>
            </w:pPr>
            <w:sdt>
              <w:sdtPr>
                <w:alias w:val="Select 45"/>
                <w:tag w:val="KUNO_45"/>
                <w:id w:val="-515459917"/>
                <w:dropDownList>
                  <w:listItem w:displayText="Select..." w:value="Select..."/>
                  <w:listItem w:displayText="Students" w:value="Students"/>
                  <w:listItem w:displayText="Teachers" w:value="Teachers"/>
                </w:dropDownList>
              </w:sdtPr>
              <w:sdtEndPr/>
              <w:sdtContent>
                <w:r>
                  <w:t>Select...</w:t>
                </w:r>
              </w:sdtContent>
            </w:sdt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E0484" w14:textId="77777777" w:rsidR="008112A0" w:rsidRDefault="00F97AE2">
            <w:pPr>
              <w:rPr>
                <w:rFonts w:hint="eastAsia"/>
              </w:rPr>
            </w:pPr>
            <w:sdt>
              <w:sdtPr>
                <w:alias w:val="Select 46"/>
                <w:tag w:val="KUNO_46"/>
                <w:id w:val="-1734160689"/>
                <w:dropDownList>
                  <w:listItem w:displayText="Choose institution" w:value="Choose institution"/>
                  <w:listItem w:displayText="Aalto University, School of Arts, Design and Architecture" w:value="Aalto University, School of Arts, Design and Architecture"/>
                  <w:listItem w:displayText="Art Academy of Latvia" w:value="Art Academy of Latvia"/>
                  <w:listItem w:displayText="Design School Kolding" w:value="Design School Kolding"/>
                  <w:listItem w:displayText="Estonian Academy of Arts" w:value="Estonian Academy of Arts"/>
                  <w:listItem w:displayText="Iceland University of the Arts" w:value="Iceland University of the Arts"/>
                  <w:listItem w:displayText="Konstfack" w:value="Konstfack"/>
                  <w:listItem w:displayText="Royal Danish Academy" w:value="Royal Danish Academy"/>
                  <w:listItem w:displayText="Kristiania University College – Westerdals Department of Communication and Design" w:value="Kristiania University College – Westerdals Department of Communication and Design"/>
                  <w:listItem w:displayText="LAB University of Applied Sciences, Institute of Design and Fine Arts" w:value="LAB University of Applied Sciences, Institute of Design and Fine Arts"/>
                  <w:listItem w:displayText="Linnaeus University" w:value="Linnaeus University"/>
                  <w:listItem w:displayText="Lund University – School of Industrial Design" w:value="Lund University – School of Industrial Design"/>
                  <w:listItem w:displayText="Norwegian University of Science and Technology - NTNU, Faculty of Architecture and Design" w:value="Norwegian University of Science and Technology - NTNU, Faculty of Architecture and Design"/>
                  <w:listItem w:displayText="Oslo National Academy of Arts" w:value="Oslo National Academy of Arts"/>
                  <w:listItem w:displayText="Oslo School of Architecture and Design" w:value="Oslo School of Architecture and Design"/>
                  <w:listItem w:displayText="OsloMet – Oslo Metropolitan University" w:value="OsloMet – Oslo Metropolitan University"/>
                  <w:listItem w:displayText="Pallas University of Applied Sciences" w:value="Pallas University of Applied Sciences"/>
                  <w:listItem w:displayText="Umeå Institute of Design" w:value="Umeå Institute of Design"/>
                  <w:listItem w:displayText="University of Lapland" w:value="University of Lapland"/>
                  <w:listItem w:displayText="University of Bergen, Faculty of Fine Art, Music and Design" w:value="University of Bergen, Faculty of Fine Art, Music and Design"/>
                  <w:listItem w:displayText="University of Gothenburg, HDK - Academy of Design &amp; Crafts" w:value="University of Gothenburg, HDK - Academy of Design &amp; Crafts"/>
                  <w:listItem w:displayText="Vilnius Academy of Arts" w:value="Vilnius Academy of Arts"/>
                  <w:listItem w:displayText="The Swedish School of Textiles University of Borås" w:value="The Swedish School of Textiles University of Borås"/>
                </w:dropDownList>
              </w:sdtPr>
              <w:sdtEndPr/>
              <w:sdtContent>
                <w:r>
                  <w:t>Choose institution</w:t>
                </w:r>
              </w:sdtContent>
            </w:sdt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00888" w14:textId="77777777" w:rsidR="008112A0" w:rsidRDefault="00F97AE2">
            <w:pPr>
              <w:rPr>
                <w:rFonts w:hint="eastAsia"/>
              </w:rPr>
            </w:pPr>
            <w:sdt>
              <w:sdtPr>
                <w:alias w:val="Select 47"/>
                <w:tag w:val="KUNO_47"/>
                <w:id w:val="1353766502"/>
                <w:dropDownList>
                  <w:listItem w:displayText="Choose institution" w:value="Choose institution"/>
                  <w:listItem w:displayText="Aalto University, School of Arts, Design and Architecture" w:value="Aalto University, School of Arts, Design and Architecture"/>
                  <w:listItem w:displayText="Art Academy of Latvia" w:value="Art Academy of Latvia"/>
                  <w:listItem w:displayText="Design School Kolding" w:value="Design School Kolding"/>
                  <w:listItem w:displayText="Estonian Academy of Arts" w:value="Estonian Academy of Arts"/>
                  <w:listItem w:displayText="Iceland University of the Arts" w:value="Iceland University of the Arts"/>
                  <w:listItem w:displayText="Konstfack" w:value="Konstfack"/>
                  <w:listItem w:displayText="Royal Danish Academy" w:value="Royal Danish Academy"/>
                  <w:listItem w:displayText="Kristiania University College – Westerdals Department of Communication and Design" w:value="Kristiania University College – Westerdals Department of Communication and Design"/>
                  <w:listItem w:displayText="LAB University of Applied Sciences, Institute of Design and Fine Arts" w:value="LAB University of Applied Sciences, Institute of Design and Fine Arts"/>
                  <w:listItem w:displayText="Linnaeus University" w:value="Linnaeus University"/>
                  <w:listItem w:displayText="Lund University – School of Industrial Design" w:value="Lund University – School of Industrial Design"/>
                  <w:listItem w:displayText="Norwegian University of Science and Technology - NTNU, Faculty of Architecture and Design" w:value="Norwegian University of Science and Technology - NTNU, Faculty of Architecture and Design"/>
                  <w:listItem w:displayText="Oslo National Academy of Arts" w:value="Oslo National Academy of Arts"/>
                  <w:listItem w:displayText="Oslo School of Architecture and Design" w:value="Oslo School of Architecture and Design"/>
                  <w:listItem w:displayText="OsloMet – Oslo Metropolitan University" w:value="OsloMet – Oslo Metropolitan University"/>
                  <w:listItem w:displayText="Pallas University of Applied Sciences" w:value="Pallas University of Applied Sciences"/>
                  <w:listItem w:displayText="Umeå Institute of Design" w:value="Umeå Institute of Design"/>
                  <w:listItem w:displayText="University of Lapland" w:value="University of Lapland"/>
                  <w:listItem w:displayText="University of Bergen, Faculty of Fine Art, Music and Design" w:value="University of Bergen, Faculty of Fine Art, Music and Design"/>
                  <w:listItem w:displayText="University of Gothenburg, HDK - Academy of Design &amp; Crafts" w:value="University of Gothenburg, HDK - Academy of Design &amp; Crafts"/>
                  <w:listItem w:displayText="Vilnius Academy of Arts" w:value="Vilnius Academy of Arts"/>
                  <w:listItem w:displayText="The Swedish School of Textiles University of Borås" w:value="The Swedish School of Textiles University of Borås"/>
                </w:dropDownList>
              </w:sdtPr>
              <w:sdtEndPr/>
              <w:sdtContent>
                <w:r>
                  <w:t>Choose institution</w:t>
                </w:r>
              </w:sdtContent>
            </w:sdt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4154F" w14:textId="77777777" w:rsidR="008112A0" w:rsidRDefault="00F97AE2">
            <w:pPr>
              <w:rPr>
                <w:rFonts w:hint="eastAsia"/>
              </w:rPr>
            </w:pPr>
            <w:sdt>
              <w:sdtPr>
                <w:alias w:val="Select 48"/>
                <w:tag w:val="KUNO_48"/>
                <w:id w:val="-2095156585"/>
                <w:dropDownList>
                  <w:listItem w:displayText="Select..." w:value="Select..."/>
                  <w:listItem w:displayText="Male" w:value="Male"/>
                  <w:listItem w:displayText="Female" w:value="Female"/>
                  <w:listItem w:displayText="Other" w:value="Other"/>
                </w:dropDownList>
              </w:sdtPr>
              <w:sdtEndPr/>
              <w:sdtContent>
                <w:r>
                  <w:t>Select...</w:t>
                </w:r>
              </w:sdtContent>
            </w:sdt>
          </w:p>
        </w:tc>
      </w:tr>
      <w:bookmarkStart w:id="0" w:name="_GoBack"/>
      <w:tr w:rsidR="008112A0" w14:paraId="52ECD8E2" w14:textId="77777777" w:rsidTr="004F10AA">
        <w:trPr>
          <w:jc w:val="center"/>
        </w:trPr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1CCAE" w14:textId="77777777" w:rsidR="008112A0" w:rsidRDefault="00F97AE2">
            <w:pPr>
              <w:rPr>
                <w:rFonts w:hint="eastAsia"/>
              </w:rPr>
            </w:pPr>
            <w:sdt>
              <w:sdtPr>
                <w:alias w:val="Select 49"/>
                <w:tag w:val="KUNO_49"/>
                <w:id w:val="1677998155"/>
                <w:dropDownList>
                  <w:listItem w:displayText="Select..." w:value="Select..."/>
                  <w:listItem w:displayText="Students" w:value="Students"/>
                  <w:listItem w:displayText="Teachers" w:value="Teachers"/>
                </w:dropDownList>
              </w:sdtPr>
              <w:sdtEndPr/>
              <w:sdtContent>
                <w:r>
                  <w:t>Select...</w:t>
                </w:r>
              </w:sdtContent>
            </w:sdt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5DE1E" w14:textId="77777777" w:rsidR="008112A0" w:rsidRDefault="00F97AE2">
            <w:pPr>
              <w:rPr>
                <w:rFonts w:hint="eastAsia"/>
              </w:rPr>
            </w:pPr>
            <w:sdt>
              <w:sdtPr>
                <w:alias w:val="Select 50"/>
                <w:tag w:val="KUNO_50"/>
                <w:id w:val="-410548171"/>
                <w:dropDownList>
                  <w:listItem w:displayText="Choose institution" w:value="Choose institution"/>
                  <w:listItem w:displayText="Aalto University, School of Arts, Design and Architecture" w:value="Aalto University, School of Arts, Design and Architecture"/>
                  <w:listItem w:displayText="Art Academy of Latvia" w:value="Art Academy of Latvia"/>
                  <w:listItem w:displayText="Design School Kolding" w:value="Design School Kolding"/>
                  <w:listItem w:displayText="Estonian Academy of Arts" w:value="Estonian Academy of Arts"/>
                  <w:listItem w:displayText="Iceland University of the Arts" w:value="Iceland University of the Arts"/>
                  <w:listItem w:displayText="Konstfack" w:value="Konstfack"/>
                  <w:listItem w:displayText="Royal Danish Academy" w:value="Royal Danish Academy"/>
                  <w:listItem w:displayText="Kristiania University College – Westerdals Department of Communication and Design" w:value="Kristiania University College – Westerdals Department of Communication and Design"/>
                  <w:listItem w:displayText="LAB University of Applied Sciences, Institute of Design and Fine Arts" w:value="LAB University of Applied Sciences, Institute of Design and Fine Arts"/>
                  <w:listItem w:displayText="Linnaeus University" w:value="Linnaeus University"/>
                  <w:listItem w:displayText="Lund University – School of Industrial Design" w:value="Lund University – School of Industrial Design"/>
                  <w:listItem w:displayText="Norwegian University of Science and Technology - NTNU, Faculty of Architecture and Design" w:value="Norwegian University of Science and Technology - NTNU, Faculty of Architecture and Design"/>
                  <w:listItem w:displayText="Oslo National Academy of Arts" w:value="Oslo National Academy of Arts"/>
                  <w:listItem w:displayText="Oslo School of Architecture and Design" w:value="Oslo School of Architecture and Design"/>
                  <w:listItem w:displayText="OsloMet – Oslo Metropolitan University" w:value="OsloMet – Oslo Metropolitan University"/>
                  <w:listItem w:displayText="Pallas University of Applied Sciences" w:value="Pallas University of Applied Sciences"/>
                  <w:listItem w:displayText="Umeå Institute of Design" w:value="Umeå Institute of Design"/>
                  <w:listItem w:displayText="University of Lapland" w:value="University of Lapland"/>
                  <w:listItem w:displayText="University of Bergen, Faculty of Fine Art, Music and Design" w:value="University of Bergen, Faculty of Fine Art, Music and Design"/>
                  <w:listItem w:displayText="University of Gothenburg, HDK - Academy of Design &amp; Crafts" w:value="University of Gothenburg, HDK - Academy of Design &amp; Crafts"/>
                  <w:listItem w:displayText="Vilnius Academy of Arts" w:value="Vilnius Academy of Arts"/>
                  <w:listItem w:displayText="The Swedish School of Textiles University of Borås" w:value="The Swedish School of Textiles University of Borås"/>
                </w:dropDownList>
              </w:sdtPr>
              <w:sdtEndPr/>
              <w:sdtContent>
                <w:r>
                  <w:t>Choose institution</w:t>
                </w:r>
              </w:sdtContent>
            </w:sdt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6F380" w14:textId="77777777" w:rsidR="008112A0" w:rsidRDefault="00F97AE2">
            <w:pPr>
              <w:rPr>
                <w:rFonts w:hint="eastAsia"/>
              </w:rPr>
            </w:pPr>
            <w:sdt>
              <w:sdtPr>
                <w:alias w:val="Select 51"/>
                <w:tag w:val="KUNO_51"/>
                <w:id w:val="-1463114682"/>
                <w:dropDownList>
                  <w:listItem w:displayText="Choose institution" w:value="Choose institution"/>
                  <w:listItem w:displayText="Aalto University, School of Arts, Design and Architecture" w:value="Aalto University, School of Arts, Design and Architecture"/>
                  <w:listItem w:displayText="Art Academy of Latvia" w:value="Art Academy of Latvia"/>
                  <w:listItem w:displayText="Design School Kolding" w:value="Design School Kolding"/>
                  <w:listItem w:displayText="Estonian Academy of Arts" w:value="Estonian Academy of Arts"/>
                  <w:listItem w:displayText="Iceland University of the Arts" w:value="Iceland University of the Arts"/>
                  <w:listItem w:displayText="Konstfack" w:value="Konstfack"/>
                  <w:listItem w:displayText="Royal Danish Academy" w:value="Royal Danish Academy"/>
                  <w:listItem w:displayText="Kristiania University College – Westerdals Department of Communication and Design" w:value="Kristiania University College – Westerdals Department of Communication and Design"/>
                  <w:listItem w:displayText="LAB University of Applied Sciences, Institute of Design and Fine Arts" w:value="LAB University of Applied Sciences, Institute of Design and Fine Arts"/>
                  <w:listItem w:displayText="Linnaeus University" w:value="Linnaeus University"/>
                  <w:listItem w:displayText="Lund University – School of Industrial Design" w:value="Lund University – School of Industrial Design"/>
                  <w:listItem w:displayText="Norwegian University of Science and Technology - NTNU, Faculty of Architecture and Design" w:value="Norwegian University of Science and Technology - NTNU, Faculty of Architecture and Design"/>
                  <w:listItem w:displayText="Oslo National Academy of Arts" w:value="Oslo National Academy of Arts"/>
                  <w:listItem w:displayText="Oslo School of Architecture and Design" w:value="Oslo School of Architecture and Design"/>
                  <w:listItem w:displayText="OsloMet – Oslo Metropolitan University" w:value="OsloMet – Oslo Metropolitan University"/>
                  <w:listItem w:displayText="Pallas University of Applied Sciences" w:value="Pallas University of Applied Sciences"/>
                  <w:listItem w:displayText="Umeå Institute of Design" w:value="Umeå Institute of Design"/>
                  <w:listItem w:displayText="University of Lapland" w:value="University of Lapland"/>
                  <w:listItem w:displayText="University of Bergen, Faculty of Fine Art, Music and Design" w:value="University of Bergen, Faculty of Fine Art, Music and Design"/>
                  <w:listItem w:displayText="University of Gothenburg, HDK - Academy of Design &amp; Crafts" w:value="University of Gothenburg, HDK - Academy of Design &amp; Crafts"/>
                  <w:listItem w:displayText="Vilnius Academy of Arts" w:value="Vilnius Academy of Arts"/>
                  <w:listItem w:displayText="The Swedish School of Textiles University of Borås" w:value="The Swedish School of Textiles University of Borås"/>
                </w:dropDownList>
              </w:sdtPr>
              <w:sdtEndPr/>
              <w:sdtContent>
                <w:r>
                  <w:t>Choose institution</w:t>
                </w:r>
              </w:sdtContent>
            </w:sdt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84932" w14:textId="77777777" w:rsidR="008112A0" w:rsidRDefault="00F97AE2">
            <w:pPr>
              <w:rPr>
                <w:rFonts w:hint="eastAsia"/>
              </w:rPr>
            </w:pPr>
            <w:sdt>
              <w:sdtPr>
                <w:alias w:val="Select 52"/>
                <w:tag w:val="KUNO_52"/>
                <w:id w:val="1711690865"/>
                <w:dropDownList>
                  <w:listItem w:displayText="Select..." w:value="Select..."/>
                  <w:listItem w:displayText="Male" w:value="Male"/>
                  <w:listItem w:displayText="Female" w:value="Female"/>
                  <w:listItem w:displayText="Other" w:value="Other"/>
                </w:dropDownList>
              </w:sdtPr>
              <w:sdtEndPr/>
              <w:sdtContent>
                <w:r>
                  <w:t>Select...</w:t>
                </w:r>
              </w:sdtContent>
            </w:sdt>
          </w:p>
        </w:tc>
      </w:tr>
      <w:tr w:rsidR="008112A0" w14:paraId="7EA6EB13" w14:textId="77777777" w:rsidTr="00F97AE2">
        <w:trPr>
          <w:jc w:val="center"/>
        </w:trPr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92825" w14:textId="77777777" w:rsidR="008112A0" w:rsidRDefault="00F97AE2">
            <w:pPr>
              <w:rPr>
                <w:rFonts w:hint="eastAsia"/>
              </w:rPr>
            </w:pPr>
            <w:sdt>
              <w:sdtPr>
                <w:alias w:val="Select 53"/>
                <w:tag w:val="KUNO_53"/>
                <w:id w:val="-1000504457"/>
                <w:dropDownList>
                  <w:listItem w:displayText="Select..." w:value="Select..."/>
                  <w:listItem w:displayText="Students" w:value="Students"/>
                  <w:listItem w:displayText="Teachers" w:value="Teachers"/>
                </w:dropDownList>
              </w:sdtPr>
              <w:sdtEndPr/>
              <w:sdtContent>
                <w:r>
                  <w:t>Select...</w:t>
                </w:r>
              </w:sdtContent>
            </w:sdt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60FAD" w14:textId="77777777" w:rsidR="008112A0" w:rsidRDefault="00F97AE2">
            <w:pPr>
              <w:rPr>
                <w:rFonts w:hint="eastAsia"/>
              </w:rPr>
            </w:pPr>
            <w:sdt>
              <w:sdtPr>
                <w:alias w:val="Select 54"/>
                <w:tag w:val="KUNO_54"/>
                <w:id w:val="-881792713"/>
                <w:dropDownList>
                  <w:listItem w:displayText="Choose institution" w:value="Choose institution"/>
                  <w:listItem w:displayText="Aalto University, School of Arts, Design and Architecture" w:value="Aalto University, School of Arts, Design and Architecture"/>
                  <w:listItem w:displayText="Art Academy of Latvia" w:value="Art Academy of Latvia"/>
                  <w:listItem w:displayText="Design School Kolding" w:value="Design School Kolding"/>
                  <w:listItem w:displayText="Estonian Academy of Arts" w:value="Estonian Academy of Arts"/>
                  <w:listItem w:displayText="Iceland University of the Arts" w:value="Iceland University of the Arts"/>
                  <w:listItem w:displayText="Konstfack" w:value="Konstfack"/>
                  <w:listItem w:displayText="Royal Danish Academy" w:value="Royal Danish Academy"/>
                  <w:listItem w:displayText="Kristiania University College – Westerdals Department of Communication and Design" w:value="Kristiania University College – Westerdals Department of Communication and Design"/>
                  <w:listItem w:displayText="LAB University of Applied Sciences, Institute of Design and Fine Arts" w:value="LAB University of Applied Sciences, Institute of Design and Fine Arts"/>
                  <w:listItem w:displayText="Linnaeus University" w:value="Linnaeus University"/>
                  <w:listItem w:displayText="Lund University – School of Industrial Design" w:value="Lund University – School of Industrial Design"/>
                  <w:listItem w:displayText="Norwegian University of Science and Technology - NTNU, Faculty of Architecture and Design" w:value="Norwegian University of Science and Technology - NTNU, Faculty of Architecture and Design"/>
                  <w:listItem w:displayText="Oslo National Academy of Arts" w:value="Oslo National Academy of Arts"/>
                  <w:listItem w:displayText="Oslo School of Architecture and Design" w:value="Oslo School of Architecture and Design"/>
                  <w:listItem w:displayText="OsloMet – Oslo Metropolitan University" w:value="OsloMet – Oslo Metropolitan University"/>
                  <w:listItem w:displayText="Pallas University of Applied Sciences" w:value="Pallas University of Applied Sciences"/>
                  <w:listItem w:displayText="Umeå Institute of Design" w:value="Umeå Institute of Design"/>
                  <w:listItem w:displayText="University of Lapland" w:value="University of Lapland"/>
                  <w:listItem w:displayText="University of Bergen, Faculty of Fine Art, Music and Design" w:value="University of Bergen, Faculty of Fine Art, Music and Design"/>
                  <w:listItem w:displayText="University of Gothenburg, HDK - Academy of Design &amp; Crafts" w:value="University of Gothenburg, HDK - Academy of Design &amp; Crafts"/>
                  <w:listItem w:displayText="Vilnius Academy of Arts" w:value="Vilnius Academy of Arts"/>
                  <w:listItem w:displayText="The Swedish School of Textiles University of Borås" w:value="The Swedish School of Textiles University of Borås"/>
                </w:dropDownList>
              </w:sdtPr>
              <w:sdtEndPr/>
              <w:sdtContent>
                <w:r>
                  <w:t>Choose institution</w:t>
                </w:r>
              </w:sdtContent>
            </w:sdt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41977" w14:textId="77777777" w:rsidR="008112A0" w:rsidRDefault="00F97AE2">
            <w:pPr>
              <w:rPr>
                <w:rFonts w:hint="eastAsia"/>
              </w:rPr>
            </w:pPr>
            <w:sdt>
              <w:sdtPr>
                <w:alias w:val="Select 55"/>
                <w:tag w:val="KUNO_55"/>
                <w:id w:val="1143628127"/>
                <w:dropDownList>
                  <w:listItem w:displayText="Choose institution" w:value="Choose institution"/>
                  <w:listItem w:displayText="Aalto University, School of Arts, Design and Architecture" w:value="Aalto University, School of Arts, Design and Architecture"/>
                  <w:listItem w:displayText="Art Academy of Latvia" w:value="Art Academy of Latvia"/>
                  <w:listItem w:displayText="Design School Kolding" w:value="Design School Kolding"/>
                  <w:listItem w:displayText="Estonian Academy of Arts" w:value="Estonian Academy of Arts"/>
                  <w:listItem w:displayText="Iceland University of the Arts" w:value="Iceland University of the Arts"/>
                  <w:listItem w:displayText="Konstfack" w:value="Konstfack"/>
                  <w:listItem w:displayText="Royal Danish Academy" w:value="Royal Danish Academy"/>
                  <w:listItem w:displayText="Kristiania University College – Westerdals Department of Communication and Design" w:value="Kristiania University College – Westerdals Department of Communication and Design"/>
                  <w:listItem w:displayText="LAB University of Applied Sciences, Institute of Design and Fine Arts" w:value="LAB University of Applied Sciences, Institute of Design and Fine Arts"/>
                  <w:listItem w:displayText="Linnaeus University" w:value="Linnaeus University"/>
                  <w:listItem w:displayText="Lund University – School of Industrial Design" w:value="Lund University – School of Industrial Design"/>
                  <w:listItem w:displayText="Norwegian University of Science and Technology - NTNU, Faculty of Architecture and Design" w:value="Norwegian University of Science and Technology - NTNU, Faculty of Architecture and Design"/>
                  <w:listItem w:displayText="Oslo National Academy of Arts" w:value="Oslo National Academy of Arts"/>
                  <w:listItem w:displayText="Oslo School of Architecture and Design" w:value="Oslo School of Architecture and Design"/>
                  <w:listItem w:displayText="OsloMet – Oslo Metropolitan University" w:value="OsloMet – Oslo Metropolitan University"/>
                  <w:listItem w:displayText="Pallas University of Applied Sciences" w:value="Pallas University of Applied Sciences"/>
                  <w:listItem w:displayText="Umeå Institute of Design" w:value="Umeå Institute of Design"/>
                  <w:listItem w:displayText="University of Lapland" w:value="University of Lapland"/>
                  <w:listItem w:displayText="University of Bergen, Faculty of Fine Art, Music and Design" w:value="University of Bergen, Faculty of Fine Art, Music and Design"/>
                  <w:listItem w:displayText="University of Gothenburg, HDK - Academy of Design &amp; Crafts" w:value="University of Gothenburg, HDK - Academy of Design &amp; Crafts"/>
                  <w:listItem w:displayText="Vilnius Academy of Arts" w:value="Vilnius Academy of Arts"/>
                  <w:listItem w:displayText="The Swedish School of Textiles University of Borås" w:value="The Swedish School of Textiles University of Borås"/>
                </w:dropDownList>
              </w:sdtPr>
              <w:sdtEndPr/>
              <w:sdtContent>
                <w:r>
                  <w:t>Choose institution</w:t>
                </w:r>
              </w:sdtContent>
            </w:sdt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1DE38" w14:textId="77777777" w:rsidR="008112A0" w:rsidRDefault="00F97AE2">
            <w:pPr>
              <w:rPr>
                <w:rFonts w:hint="eastAsia"/>
              </w:rPr>
            </w:pPr>
            <w:sdt>
              <w:sdtPr>
                <w:alias w:val="Select 56"/>
                <w:tag w:val="KUNO_56"/>
                <w:id w:val="-548228001"/>
                <w:dropDownList>
                  <w:listItem w:displayText="Select..." w:value="Select..."/>
                  <w:listItem w:displayText="Male" w:value="Male"/>
                  <w:listItem w:displayText="Female" w:value="Female"/>
                  <w:listItem w:displayText="Other" w:value="Other"/>
                </w:dropDownList>
              </w:sdtPr>
              <w:sdtEndPr/>
              <w:sdtContent>
                <w:r>
                  <w:t>Select...</w:t>
                </w:r>
              </w:sdtContent>
            </w:sdt>
          </w:p>
        </w:tc>
      </w:tr>
      <w:tr w:rsidR="004F10AA" w14:paraId="30304AA5" w14:textId="77777777" w:rsidTr="00F97AE2">
        <w:trPr>
          <w:jc w:val="center"/>
        </w:trPr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70142" w14:textId="74793862" w:rsidR="004F10AA" w:rsidRDefault="004F10AA" w:rsidP="004F10AA">
            <w:sdt>
              <w:sdtPr>
                <w:alias w:val="Select 49"/>
                <w:tag w:val="KUNO_49"/>
                <w:id w:val="-1952156339"/>
                <w:dropDownList>
                  <w:listItem w:displayText="Select..." w:value="Select..."/>
                  <w:listItem w:displayText="Students" w:value="Students"/>
                  <w:listItem w:displayText="Teachers" w:value="Teachers"/>
                </w:dropDownList>
              </w:sdtPr>
              <w:sdtContent>
                <w:r>
                  <w:t>Select...</w:t>
                </w:r>
              </w:sdtContent>
            </w:sdt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832CA" w14:textId="492F502D" w:rsidR="004F10AA" w:rsidRDefault="004F10AA" w:rsidP="004F10AA">
            <w:sdt>
              <w:sdtPr>
                <w:alias w:val="Select 50"/>
                <w:tag w:val="KUNO_50"/>
                <w:id w:val="1518891325"/>
                <w:dropDownList>
                  <w:listItem w:displayText="Choose institution" w:value="Choose institution"/>
                  <w:listItem w:displayText="Aalto University, School of Arts, Design and Architecture" w:value="Aalto University, School of Arts, Design and Architecture"/>
                  <w:listItem w:displayText="Art Academy of Latvia" w:value="Art Academy of Latvia"/>
                  <w:listItem w:displayText="Design School Kolding" w:value="Design School Kolding"/>
                  <w:listItem w:displayText="Estonian Academy of Arts" w:value="Estonian Academy of Arts"/>
                  <w:listItem w:displayText="Iceland University of the Arts" w:value="Iceland University of the Arts"/>
                  <w:listItem w:displayText="Konstfack" w:value="Konstfack"/>
                  <w:listItem w:displayText="Royal Danish Academy" w:value="Royal Danish Academy"/>
                  <w:listItem w:displayText="Kristiania University College – Westerdals Department of Communication and Design" w:value="Kristiania University College – Westerdals Department of Communication and Design"/>
                  <w:listItem w:displayText="LAB University of Applied Sciences, Institute of Design and Fine Arts" w:value="LAB University of Applied Sciences, Institute of Design and Fine Arts"/>
                  <w:listItem w:displayText="Linnaeus University" w:value="Linnaeus University"/>
                  <w:listItem w:displayText="Lund University – School of Industrial Design" w:value="Lund University – School of Industrial Design"/>
                  <w:listItem w:displayText="Norwegian University of Science and Technology - NTNU, Faculty of Architecture and Design" w:value="Norwegian University of Science and Technology - NTNU, Faculty of Architecture and Design"/>
                  <w:listItem w:displayText="Oslo National Academy of Arts" w:value="Oslo National Academy of Arts"/>
                  <w:listItem w:displayText="Oslo School of Architecture and Design" w:value="Oslo School of Architecture and Design"/>
                  <w:listItem w:displayText="OsloMet – Oslo Metropolitan University" w:value="OsloMet – Oslo Metropolitan University"/>
                  <w:listItem w:displayText="Pallas University of Applied Sciences" w:value="Pallas University of Applied Sciences"/>
                  <w:listItem w:displayText="Umeå Institute of Design" w:value="Umeå Institute of Design"/>
                  <w:listItem w:displayText="University of Lapland" w:value="University of Lapland"/>
                  <w:listItem w:displayText="University of Bergen, Faculty of Fine Art, Music and Design" w:value="University of Bergen, Faculty of Fine Art, Music and Design"/>
                  <w:listItem w:displayText="University of Gothenburg, HDK - Academy of Design &amp; Crafts" w:value="University of Gothenburg, HDK - Academy of Design &amp; Crafts"/>
                  <w:listItem w:displayText="Vilnius Academy of Arts" w:value="Vilnius Academy of Arts"/>
                  <w:listItem w:displayText="The Swedish School of Textiles University of Borås" w:value="The Swedish School of Textiles University of Borås"/>
                </w:dropDownList>
              </w:sdtPr>
              <w:sdtContent>
                <w:r>
                  <w:t>Choose institution</w:t>
                </w:r>
              </w:sdtContent>
            </w:sdt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16C36" w14:textId="6F201DC9" w:rsidR="004F10AA" w:rsidRDefault="004F10AA" w:rsidP="004F10AA">
            <w:sdt>
              <w:sdtPr>
                <w:alias w:val="Select 51"/>
                <w:tag w:val="KUNO_51"/>
                <w:id w:val="-2055067743"/>
                <w:dropDownList>
                  <w:listItem w:displayText="Choose institution" w:value="Choose institution"/>
                  <w:listItem w:displayText="Aalto University, School of Arts, Design and Architecture" w:value="Aalto University, School of Arts, Design and Architecture"/>
                  <w:listItem w:displayText="Art Academy of Latvia" w:value="Art Academy of Latvia"/>
                  <w:listItem w:displayText="Design School Kolding" w:value="Design School Kolding"/>
                  <w:listItem w:displayText="Estonian Academy of Arts" w:value="Estonian Academy of Arts"/>
                  <w:listItem w:displayText="Iceland University of the Arts" w:value="Iceland University of the Arts"/>
                  <w:listItem w:displayText="Konstfack" w:value="Konstfack"/>
                  <w:listItem w:displayText="Royal Danish Academy" w:value="Royal Danish Academy"/>
                  <w:listItem w:displayText="Kristiania University College – Westerdals Department of Communication and Design" w:value="Kristiania University College – Westerdals Department of Communication and Design"/>
                  <w:listItem w:displayText="LAB University of Applied Sciences, Institute of Design and Fine Arts" w:value="LAB University of Applied Sciences, Institute of Design and Fine Arts"/>
                  <w:listItem w:displayText="Linnaeus University" w:value="Linnaeus University"/>
                  <w:listItem w:displayText="Lund University – School of Industrial Design" w:value="Lund University – School of Industrial Design"/>
                  <w:listItem w:displayText="Norwegian University of Science and Technology - NTNU, Faculty of Architecture and Design" w:value="Norwegian University of Science and Technology - NTNU, Faculty of Architecture and Design"/>
                  <w:listItem w:displayText="Oslo National Academy of Arts" w:value="Oslo National Academy of Arts"/>
                  <w:listItem w:displayText="Oslo School of Architecture and Design" w:value="Oslo School of Architecture and Design"/>
                  <w:listItem w:displayText="OsloMet – Oslo Metropolitan University" w:value="OsloMet – Oslo Metropolitan University"/>
                  <w:listItem w:displayText="Pallas University of Applied Sciences" w:value="Pallas University of Applied Sciences"/>
                  <w:listItem w:displayText="Umeå Institute of Design" w:value="Umeå Institute of Design"/>
                  <w:listItem w:displayText="University of Lapland" w:value="University of Lapland"/>
                  <w:listItem w:displayText="University of Bergen, Faculty of Fine Art, Music and Design" w:value="University of Bergen, Faculty of Fine Art, Music and Design"/>
                  <w:listItem w:displayText="University of Gothenburg, HDK - Academy of Design &amp; Crafts" w:value="University of Gothenburg, HDK - Academy of Design &amp; Crafts"/>
                  <w:listItem w:displayText="Vilnius Academy of Arts" w:value="Vilnius Academy of Arts"/>
                  <w:listItem w:displayText="The Swedish School of Textiles University of Borås" w:value="The Swedish School of Textiles University of Borås"/>
                </w:dropDownList>
              </w:sdtPr>
              <w:sdtContent>
                <w:r>
                  <w:t>Choose institution</w:t>
                </w:r>
              </w:sdtContent>
            </w:sdt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144FC" w14:textId="7889496B" w:rsidR="004F10AA" w:rsidRDefault="004F10AA" w:rsidP="004F10AA">
            <w:sdt>
              <w:sdtPr>
                <w:alias w:val="Select 52"/>
                <w:tag w:val="KUNO_52"/>
                <w:id w:val="-1477218148"/>
                <w:dropDownList>
                  <w:listItem w:displayText="Select..." w:value="Select..."/>
                  <w:listItem w:displayText="Male" w:value="Male"/>
                  <w:listItem w:displayText="Female" w:value="Female"/>
                  <w:listItem w:displayText="Other" w:value="Other"/>
                </w:dropDownList>
              </w:sdtPr>
              <w:sdtContent>
                <w:r>
                  <w:t>Select...</w:t>
                </w:r>
              </w:sdtContent>
            </w:sdt>
          </w:p>
        </w:tc>
      </w:tr>
      <w:tr w:rsidR="004F10AA" w14:paraId="499D4ED7" w14:textId="77777777" w:rsidTr="00F97AE2">
        <w:trPr>
          <w:jc w:val="center"/>
        </w:trPr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F8524" w14:textId="2475B226" w:rsidR="004F10AA" w:rsidRDefault="004F10AA" w:rsidP="004F10AA">
            <w:sdt>
              <w:sdtPr>
                <w:alias w:val="Select 49"/>
                <w:tag w:val="KUNO_49"/>
                <w:id w:val="1620027632"/>
                <w:dropDownList>
                  <w:listItem w:displayText="Select..." w:value="Select..."/>
                  <w:listItem w:displayText="Students" w:value="Students"/>
                  <w:listItem w:displayText="Teachers" w:value="Teachers"/>
                </w:dropDownList>
              </w:sdtPr>
              <w:sdtContent>
                <w:r>
                  <w:t>Select...</w:t>
                </w:r>
              </w:sdtContent>
            </w:sdt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370BF" w14:textId="52401C3E" w:rsidR="004F10AA" w:rsidRDefault="004F10AA" w:rsidP="004F10AA">
            <w:sdt>
              <w:sdtPr>
                <w:alias w:val="Select 50"/>
                <w:tag w:val="KUNO_50"/>
                <w:id w:val="1330559562"/>
                <w:dropDownList>
                  <w:listItem w:displayText="Choose institution" w:value="Choose institution"/>
                  <w:listItem w:displayText="Aalto University, School of Arts, Design and Architecture" w:value="Aalto University, School of Arts, Design and Architecture"/>
                  <w:listItem w:displayText="Art Academy of Latvia" w:value="Art Academy of Latvia"/>
                  <w:listItem w:displayText="Design School Kolding" w:value="Design School Kolding"/>
                  <w:listItem w:displayText="Estonian Academy of Arts" w:value="Estonian Academy of Arts"/>
                  <w:listItem w:displayText="Iceland University of the Arts" w:value="Iceland University of the Arts"/>
                  <w:listItem w:displayText="Konstfack" w:value="Konstfack"/>
                  <w:listItem w:displayText="Royal Danish Academy" w:value="Royal Danish Academy"/>
                  <w:listItem w:displayText="Kristiania University College – Westerdals Department of Communication and Design" w:value="Kristiania University College – Westerdals Department of Communication and Design"/>
                  <w:listItem w:displayText="LAB University of Applied Sciences, Institute of Design and Fine Arts" w:value="LAB University of Applied Sciences, Institute of Design and Fine Arts"/>
                  <w:listItem w:displayText="Linnaeus University" w:value="Linnaeus University"/>
                  <w:listItem w:displayText="Lund University – School of Industrial Design" w:value="Lund University – School of Industrial Design"/>
                  <w:listItem w:displayText="Norwegian University of Science and Technology - NTNU, Faculty of Architecture and Design" w:value="Norwegian University of Science and Technology - NTNU, Faculty of Architecture and Design"/>
                  <w:listItem w:displayText="Oslo National Academy of Arts" w:value="Oslo National Academy of Arts"/>
                  <w:listItem w:displayText="Oslo School of Architecture and Design" w:value="Oslo School of Architecture and Design"/>
                  <w:listItem w:displayText="OsloMet – Oslo Metropolitan University" w:value="OsloMet – Oslo Metropolitan University"/>
                  <w:listItem w:displayText="Pallas University of Applied Sciences" w:value="Pallas University of Applied Sciences"/>
                  <w:listItem w:displayText="Umeå Institute of Design" w:value="Umeå Institute of Design"/>
                  <w:listItem w:displayText="University of Lapland" w:value="University of Lapland"/>
                  <w:listItem w:displayText="University of Bergen, Faculty of Fine Art, Music and Design" w:value="University of Bergen, Faculty of Fine Art, Music and Design"/>
                  <w:listItem w:displayText="University of Gothenburg, HDK - Academy of Design &amp; Crafts" w:value="University of Gothenburg, HDK - Academy of Design &amp; Crafts"/>
                  <w:listItem w:displayText="Vilnius Academy of Arts" w:value="Vilnius Academy of Arts"/>
                  <w:listItem w:displayText="The Swedish School of Textiles University of Borås" w:value="The Swedish School of Textiles University of Borås"/>
                </w:dropDownList>
              </w:sdtPr>
              <w:sdtContent>
                <w:r>
                  <w:t>Choose institution</w:t>
                </w:r>
              </w:sdtContent>
            </w:sdt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931D9" w14:textId="00885875" w:rsidR="004F10AA" w:rsidRDefault="004F10AA" w:rsidP="004F10AA">
            <w:sdt>
              <w:sdtPr>
                <w:alias w:val="Select 51"/>
                <w:tag w:val="KUNO_51"/>
                <w:id w:val="-74987208"/>
                <w:dropDownList>
                  <w:listItem w:displayText="Choose institution" w:value="Choose institution"/>
                  <w:listItem w:displayText="Aalto University, School of Arts, Design and Architecture" w:value="Aalto University, School of Arts, Design and Architecture"/>
                  <w:listItem w:displayText="Art Academy of Latvia" w:value="Art Academy of Latvia"/>
                  <w:listItem w:displayText="Design School Kolding" w:value="Design School Kolding"/>
                  <w:listItem w:displayText="Estonian Academy of Arts" w:value="Estonian Academy of Arts"/>
                  <w:listItem w:displayText="Iceland University of the Arts" w:value="Iceland University of the Arts"/>
                  <w:listItem w:displayText="Konstfack" w:value="Konstfack"/>
                  <w:listItem w:displayText="Royal Danish Academy" w:value="Royal Danish Academy"/>
                  <w:listItem w:displayText="Kristiania University College – Westerdals Department of Communication and Design" w:value="Kristiania University College – Westerdals Department of Communication and Design"/>
                  <w:listItem w:displayText="LAB University of Applied Sciences, Institute of Design and Fine Arts" w:value="LAB University of Applied Sciences, Institute of Design and Fine Arts"/>
                  <w:listItem w:displayText="Linnaeus University" w:value="Linnaeus University"/>
                  <w:listItem w:displayText="Lund University – School of Industrial Design" w:value="Lund University – School of Industrial Design"/>
                  <w:listItem w:displayText="Norwegian University of Science and Technology - NTNU, Faculty of Architecture and Design" w:value="Norwegian University of Science and Technology - NTNU, Faculty of Architecture and Design"/>
                  <w:listItem w:displayText="Oslo National Academy of Arts" w:value="Oslo National Academy of Arts"/>
                  <w:listItem w:displayText="Oslo School of Architecture and Design" w:value="Oslo School of Architecture and Design"/>
                  <w:listItem w:displayText="OsloMet – Oslo Metropolitan University" w:value="OsloMet – Oslo Metropolitan University"/>
                  <w:listItem w:displayText="Pallas University of Applied Sciences" w:value="Pallas University of Applied Sciences"/>
                  <w:listItem w:displayText="Umeå Institute of Design" w:value="Umeå Institute of Design"/>
                  <w:listItem w:displayText="University of Lapland" w:value="University of Lapland"/>
                  <w:listItem w:displayText="University of Bergen, Faculty of Fine Art, Music and Design" w:value="University of Bergen, Faculty of Fine Art, Music and Design"/>
                  <w:listItem w:displayText="University of Gothenburg, HDK - Academy of Design &amp; Crafts" w:value="University of Gothenburg, HDK - Academy of Design &amp; Crafts"/>
                  <w:listItem w:displayText="Vilnius Academy of Arts" w:value="Vilnius Academy of Arts"/>
                  <w:listItem w:displayText="The Swedish School of Textiles University of Borås" w:value="The Swedish School of Textiles University of Borås"/>
                </w:dropDownList>
              </w:sdtPr>
              <w:sdtContent>
                <w:r>
                  <w:t>Choose institution</w:t>
                </w:r>
              </w:sdtContent>
            </w:sdt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9F8DE" w14:textId="09B6437E" w:rsidR="004F10AA" w:rsidRDefault="004F10AA" w:rsidP="004F10AA">
            <w:sdt>
              <w:sdtPr>
                <w:alias w:val="Select 52"/>
                <w:tag w:val="KUNO_52"/>
                <w:id w:val="-635338678"/>
                <w:dropDownList>
                  <w:listItem w:displayText="Select..." w:value="Select..."/>
                  <w:listItem w:displayText="Male" w:value="Male"/>
                  <w:listItem w:displayText="Female" w:value="Female"/>
                  <w:listItem w:displayText="Other" w:value="Other"/>
                </w:dropDownList>
              </w:sdtPr>
              <w:sdtContent>
                <w:r>
                  <w:t>Select...</w:t>
                </w:r>
              </w:sdtContent>
            </w:sdt>
          </w:p>
        </w:tc>
      </w:tr>
      <w:tr w:rsidR="004F10AA" w14:paraId="68AD8FDD" w14:textId="77777777" w:rsidTr="00F97AE2">
        <w:trPr>
          <w:jc w:val="center"/>
        </w:trPr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D091D" w14:textId="7D656162" w:rsidR="004F10AA" w:rsidRDefault="004F10AA" w:rsidP="004F10AA">
            <w:sdt>
              <w:sdtPr>
                <w:alias w:val="Select 49"/>
                <w:tag w:val="KUNO_49"/>
                <w:id w:val="-1769458661"/>
                <w:dropDownList>
                  <w:listItem w:displayText="Select..." w:value="Select..."/>
                  <w:listItem w:displayText="Students" w:value="Students"/>
                  <w:listItem w:displayText="Teachers" w:value="Teachers"/>
                </w:dropDownList>
              </w:sdtPr>
              <w:sdtContent>
                <w:r>
                  <w:t>Select...</w:t>
                </w:r>
              </w:sdtContent>
            </w:sdt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35117" w14:textId="3555E71C" w:rsidR="004F10AA" w:rsidRDefault="004F10AA" w:rsidP="004F10AA">
            <w:sdt>
              <w:sdtPr>
                <w:alias w:val="Select 50"/>
                <w:tag w:val="KUNO_50"/>
                <w:id w:val="1144012227"/>
                <w:dropDownList>
                  <w:listItem w:displayText="Choose institution" w:value="Choose institution"/>
                  <w:listItem w:displayText="Aalto University, School of Arts, Design and Architecture" w:value="Aalto University, School of Arts, Design and Architecture"/>
                  <w:listItem w:displayText="Art Academy of Latvia" w:value="Art Academy of Latvia"/>
                  <w:listItem w:displayText="Design School Kolding" w:value="Design School Kolding"/>
                  <w:listItem w:displayText="Estonian Academy of Arts" w:value="Estonian Academy of Arts"/>
                  <w:listItem w:displayText="Iceland University of the Arts" w:value="Iceland University of the Arts"/>
                  <w:listItem w:displayText="Konstfack" w:value="Konstfack"/>
                  <w:listItem w:displayText="Royal Danish Academy" w:value="Royal Danish Academy"/>
                  <w:listItem w:displayText="Kristiania University College – Westerdals Department of Communication and Design" w:value="Kristiania University College – Westerdals Department of Communication and Design"/>
                  <w:listItem w:displayText="LAB University of Applied Sciences, Institute of Design and Fine Arts" w:value="LAB University of Applied Sciences, Institute of Design and Fine Arts"/>
                  <w:listItem w:displayText="Linnaeus University" w:value="Linnaeus University"/>
                  <w:listItem w:displayText="Lund University – School of Industrial Design" w:value="Lund University – School of Industrial Design"/>
                  <w:listItem w:displayText="Norwegian University of Science and Technology - NTNU, Faculty of Architecture and Design" w:value="Norwegian University of Science and Technology - NTNU, Faculty of Architecture and Design"/>
                  <w:listItem w:displayText="Oslo National Academy of Arts" w:value="Oslo National Academy of Arts"/>
                  <w:listItem w:displayText="Oslo School of Architecture and Design" w:value="Oslo School of Architecture and Design"/>
                  <w:listItem w:displayText="OsloMet – Oslo Metropolitan University" w:value="OsloMet – Oslo Metropolitan University"/>
                  <w:listItem w:displayText="Pallas University of Applied Sciences" w:value="Pallas University of Applied Sciences"/>
                  <w:listItem w:displayText="Umeå Institute of Design" w:value="Umeå Institute of Design"/>
                  <w:listItem w:displayText="University of Lapland" w:value="University of Lapland"/>
                  <w:listItem w:displayText="University of Bergen, Faculty of Fine Art, Music and Design" w:value="University of Bergen, Faculty of Fine Art, Music and Design"/>
                  <w:listItem w:displayText="University of Gothenburg, HDK - Academy of Design &amp; Crafts" w:value="University of Gothenburg, HDK - Academy of Design &amp; Crafts"/>
                  <w:listItem w:displayText="Vilnius Academy of Arts" w:value="Vilnius Academy of Arts"/>
                  <w:listItem w:displayText="The Swedish School of Textiles University of Borås" w:value="The Swedish School of Textiles University of Borås"/>
                </w:dropDownList>
              </w:sdtPr>
              <w:sdtContent>
                <w:r>
                  <w:t>Choose institution</w:t>
                </w:r>
              </w:sdtContent>
            </w:sdt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A91A1" w14:textId="3B8FF669" w:rsidR="004F10AA" w:rsidRDefault="004F10AA" w:rsidP="004F10AA">
            <w:sdt>
              <w:sdtPr>
                <w:alias w:val="Select 51"/>
                <w:tag w:val="KUNO_51"/>
                <w:id w:val="-1426416649"/>
                <w:dropDownList>
                  <w:listItem w:displayText="Choose institution" w:value="Choose institution"/>
                  <w:listItem w:displayText="Aalto University, School of Arts, Design and Architecture" w:value="Aalto University, School of Arts, Design and Architecture"/>
                  <w:listItem w:displayText="Art Academy of Latvia" w:value="Art Academy of Latvia"/>
                  <w:listItem w:displayText="Design School Kolding" w:value="Design School Kolding"/>
                  <w:listItem w:displayText="Estonian Academy of Arts" w:value="Estonian Academy of Arts"/>
                  <w:listItem w:displayText="Iceland University of the Arts" w:value="Iceland University of the Arts"/>
                  <w:listItem w:displayText="Konstfack" w:value="Konstfack"/>
                  <w:listItem w:displayText="Royal Danish Academy" w:value="Royal Danish Academy"/>
                  <w:listItem w:displayText="Kristiania University College – Westerdals Department of Communication and Design" w:value="Kristiania University College – Westerdals Department of Communication and Design"/>
                  <w:listItem w:displayText="LAB University of Applied Sciences, Institute of Design and Fine Arts" w:value="LAB University of Applied Sciences, Institute of Design and Fine Arts"/>
                  <w:listItem w:displayText="Linnaeus University" w:value="Linnaeus University"/>
                  <w:listItem w:displayText="Lund University – School of Industrial Design" w:value="Lund University – School of Industrial Design"/>
                  <w:listItem w:displayText="Norwegian University of Science and Technology - NTNU, Faculty of Architecture and Design" w:value="Norwegian University of Science and Technology - NTNU, Faculty of Architecture and Design"/>
                  <w:listItem w:displayText="Oslo National Academy of Arts" w:value="Oslo National Academy of Arts"/>
                  <w:listItem w:displayText="Oslo School of Architecture and Design" w:value="Oslo School of Architecture and Design"/>
                  <w:listItem w:displayText="OsloMet – Oslo Metropolitan University" w:value="OsloMet – Oslo Metropolitan University"/>
                  <w:listItem w:displayText="Pallas University of Applied Sciences" w:value="Pallas University of Applied Sciences"/>
                  <w:listItem w:displayText="Umeå Institute of Design" w:value="Umeå Institute of Design"/>
                  <w:listItem w:displayText="University of Lapland" w:value="University of Lapland"/>
                  <w:listItem w:displayText="University of Bergen, Faculty of Fine Art, Music and Design" w:value="University of Bergen, Faculty of Fine Art, Music and Design"/>
                  <w:listItem w:displayText="University of Gothenburg, HDK - Academy of Design &amp; Crafts" w:value="University of Gothenburg, HDK - Academy of Design &amp; Crafts"/>
                  <w:listItem w:displayText="Vilnius Academy of Arts" w:value="Vilnius Academy of Arts"/>
                  <w:listItem w:displayText="The Swedish School of Textiles University of Borås" w:value="The Swedish School of Textiles University of Borås"/>
                </w:dropDownList>
              </w:sdtPr>
              <w:sdtContent>
                <w:r>
                  <w:t>Choose institution</w:t>
                </w:r>
              </w:sdtContent>
            </w:sdt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1C91F" w14:textId="1CED00CC" w:rsidR="004F10AA" w:rsidRDefault="004F10AA" w:rsidP="004F10AA">
            <w:sdt>
              <w:sdtPr>
                <w:alias w:val="Select 52"/>
                <w:tag w:val="KUNO_52"/>
                <w:id w:val="-1404677332"/>
                <w:dropDownList>
                  <w:listItem w:displayText="Select..." w:value="Select..."/>
                  <w:listItem w:displayText="Male" w:value="Male"/>
                  <w:listItem w:displayText="Female" w:value="Female"/>
                  <w:listItem w:displayText="Other" w:value="Other"/>
                </w:dropDownList>
              </w:sdtPr>
              <w:sdtContent>
                <w:r>
                  <w:t>Select...</w:t>
                </w:r>
              </w:sdtContent>
            </w:sdt>
          </w:p>
        </w:tc>
      </w:tr>
      <w:tr w:rsidR="004F10AA" w14:paraId="236FDE2E" w14:textId="77777777" w:rsidTr="00F97AE2">
        <w:trPr>
          <w:jc w:val="center"/>
        </w:trPr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04B7A" w14:textId="36A733C3" w:rsidR="004F10AA" w:rsidRDefault="004F10AA" w:rsidP="004F10AA">
            <w:sdt>
              <w:sdtPr>
                <w:alias w:val="Select 49"/>
                <w:tag w:val="KUNO_49"/>
                <w:id w:val="1693650539"/>
                <w:dropDownList>
                  <w:listItem w:displayText="Select..." w:value="Select..."/>
                  <w:listItem w:displayText="Students" w:value="Students"/>
                  <w:listItem w:displayText="Teachers" w:value="Teachers"/>
                </w:dropDownList>
              </w:sdtPr>
              <w:sdtContent>
                <w:r>
                  <w:t>Select...</w:t>
                </w:r>
              </w:sdtContent>
            </w:sdt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C570C" w14:textId="47798BF8" w:rsidR="004F10AA" w:rsidRDefault="004F10AA" w:rsidP="004F10AA">
            <w:sdt>
              <w:sdtPr>
                <w:alias w:val="Select 50"/>
                <w:tag w:val="KUNO_50"/>
                <w:id w:val="1844431566"/>
                <w:dropDownList>
                  <w:listItem w:displayText="Choose institution" w:value="Choose institution"/>
                  <w:listItem w:displayText="Aalto University, School of Arts, Design and Architecture" w:value="Aalto University, School of Arts, Design and Architecture"/>
                  <w:listItem w:displayText="Art Academy of Latvia" w:value="Art Academy of Latvia"/>
                  <w:listItem w:displayText="Design School Kolding" w:value="Design School Kolding"/>
                  <w:listItem w:displayText="Estonian Academy of Arts" w:value="Estonian Academy of Arts"/>
                  <w:listItem w:displayText="Iceland University of the Arts" w:value="Iceland University of the Arts"/>
                  <w:listItem w:displayText="Konstfack" w:value="Konstfack"/>
                  <w:listItem w:displayText="Royal Danish Academy" w:value="Royal Danish Academy"/>
                  <w:listItem w:displayText="Kristiania University College – Westerdals Department of Communication and Design" w:value="Kristiania University College – Westerdals Department of Communication and Design"/>
                  <w:listItem w:displayText="LAB University of Applied Sciences, Institute of Design and Fine Arts" w:value="LAB University of Applied Sciences, Institute of Design and Fine Arts"/>
                  <w:listItem w:displayText="Linnaeus University" w:value="Linnaeus University"/>
                  <w:listItem w:displayText="Lund University – School of Industrial Design" w:value="Lund University – School of Industrial Design"/>
                  <w:listItem w:displayText="Norwegian University of Science and Technology - NTNU, Faculty of Architecture and Design" w:value="Norwegian University of Science and Technology - NTNU, Faculty of Architecture and Design"/>
                  <w:listItem w:displayText="Oslo National Academy of Arts" w:value="Oslo National Academy of Arts"/>
                  <w:listItem w:displayText="Oslo School of Architecture and Design" w:value="Oslo School of Architecture and Design"/>
                  <w:listItem w:displayText="OsloMet – Oslo Metropolitan University" w:value="OsloMet – Oslo Metropolitan University"/>
                  <w:listItem w:displayText="Pallas University of Applied Sciences" w:value="Pallas University of Applied Sciences"/>
                  <w:listItem w:displayText="Umeå Institute of Design" w:value="Umeå Institute of Design"/>
                  <w:listItem w:displayText="University of Lapland" w:value="University of Lapland"/>
                  <w:listItem w:displayText="University of Bergen, Faculty of Fine Art, Music and Design" w:value="University of Bergen, Faculty of Fine Art, Music and Design"/>
                  <w:listItem w:displayText="University of Gothenburg, HDK - Academy of Design &amp; Crafts" w:value="University of Gothenburg, HDK - Academy of Design &amp; Crafts"/>
                  <w:listItem w:displayText="Vilnius Academy of Arts" w:value="Vilnius Academy of Arts"/>
                  <w:listItem w:displayText="The Swedish School of Textiles University of Borås" w:value="The Swedish School of Textiles University of Borås"/>
                </w:dropDownList>
              </w:sdtPr>
              <w:sdtContent>
                <w:r>
                  <w:t>Choose institution</w:t>
                </w:r>
              </w:sdtContent>
            </w:sdt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42506" w14:textId="1CFB718D" w:rsidR="004F10AA" w:rsidRDefault="004F10AA" w:rsidP="004F10AA">
            <w:sdt>
              <w:sdtPr>
                <w:alias w:val="Select 51"/>
                <w:tag w:val="KUNO_51"/>
                <w:id w:val="-1696911925"/>
                <w:dropDownList>
                  <w:listItem w:displayText="Choose institution" w:value="Choose institution"/>
                  <w:listItem w:displayText="Aalto University, School of Arts, Design and Architecture" w:value="Aalto University, School of Arts, Design and Architecture"/>
                  <w:listItem w:displayText="Art Academy of Latvia" w:value="Art Academy of Latvia"/>
                  <w:listItem w:displayText="Design School Kolding" w:value="Design School Kolding"/>
                  <w:listItem w:displayText="Estonian Academy of Arts" w:value="Estonian Academy of Arts"/>
                  <w:listItem w:displayText="Iceland University of the Arts" w:value="Iceland University of the Arts"/>
                  <w:listItem w:displayText="Konstfack" w:value="Konstfack"/>
                  <w:listItem w:displayText="Royal Danish Academy" w:value="Royal Danish Academy"/>
                  <w:listItem w:displayText="Kristiania University College – Westerdals Department of Communication and Design" w:value="Kristiania University College – Westerdals Department of Communication and Design"/>
                  <w:listItem w:displayText="LAB University of Applied Sciences, Institute of Design and Fine Arts" w:value="LAB University of Applied Sciences, Institute of Design and Fine Arts"/>
                  <w:listItem w:displayText="Linnaeus University" w:value="Linnaeus University"/>
                  <w:listItem w:displayText="Lund University – School of Industrial Design" w:value="Lund University – School of Industrial Design"/>
                  <w:listItem w:displayText="Norwegian University of Science and Technology - NTNU, Faculty of Architecture and Design" w:value="Norwegian University of Science and Technology - NTNU, Faculty of Architecture and Design"/>
                  <w:listItem w:displayText="Oslo National Academy of Arts" w:value="Oslo National Academy of Arts"/>
                  <w:listItem w:displayText="Oslo School of Architecture and Design" w:value="Oslo School of Architecture and Design"/>
                  <w:listItem w:displayText="OsloMet – Oslo Metropolitan University" w:value="OsloMet – Oslo Metropolitan University"/>
                  <w:listItem w:displayText="Pallas University of Applied Sciences" w:value="Pallas University of Applied Sciences"/>
                  <w:listItem w:displayText="Umeå Institute of Design" w:value="Umeå Institute of Design"/>
                  <w:listItem w:displayText="University of Lapland" w:value="University of Lapland"/>
                  <w:listItem w:displayText="University of Bergen, Faculty of Fine Art, Music and Design" w:value="University of Bergen, Faculty of Fine Art, Music and Design"/>
                  <w:listItem w:displayText="University of Gothenburg, HDK - Academy of Design &amp; Crafts" w:value="University of Gothenburg, HDK - Academy of Design &amp; Crafts"/>
                  <w:listItem w:displayText="Vilnius Academy of Arts" w:value="Vilnius Academy of Arts"/>
                  <w:listItem w:displayText="The Swedish School of Textiles University of Borås" w:value="The Swedish School of Textiles University of Borås"/>
                </w:dropDownList>
              </w:sdtPr>
              <w:sdtContent>
                <w:r>
                  <w:t>Choose institution</w:t>
                </w:r>
              </w:sdtContent>
            </w:sdt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D43D4" w14:textId="753FFA7F" w:rsidR="004F10AA" w:rsidRDefault="004F10AA" w:rsidP="004F10AA">
            <w:sdt>
              <w:sdtPr>
                <w:alias w:val="Select 52"/>
                <w:tag w:val="KUNO_52"/>
                <w:id w:val="301818406"/>
                <w:dropDownList>
                  <w:listItem w:displayText="Select..." w:value="Select..."/>
                  <w:listItem w:displayText="Male" w:value="Male"/>
                  <w:listItem w:displayText="Female" w:value="Female"/>
                  <w:listItem w:displayText="Other" w:value="Other"/>
                </w:dropDownList>
              </w:sdtPr>
              <w:sdtContent>
                <w:r>
                  <w:t>Select...</w:t>
                </w:r>
              </w:sdtContent>
            </w:sdt>
          </w:p>
        </w:tc>
      </w:tr>
      <w:tr w:rsidR="004F10AA" w14:paraId="16045060" w14:textId="77777777" w:rsidTr="00F97AE2">
        <w:trPr>
          <w:jc w:val="center"/>
        </w:trPr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1FB80" w14:textId="25F60DFF" w:rsidR="004F10AA" w:rsidRDefault="004F10AA" w:rsidP="004F10AA">
            <w:sdt>
              <w:sdtPr>
                <w:alias w:val="Select 49"/>
                <w:tag w:val="KUNO_49"/>
                <w:id w:val="-755204270"/>
                <w:dropDownList>
                  <w:listItem w:displayText="Select..." w:value="Select..."/>
                  <w:listItem w:displayText="Students" w:value="Students"/>
                  <w:listItem w:displayText="Teachers" w:value="Teachers"/>
                </w:dropDownList>
              </w:sdtPr>
              <w:sdtContent>
                <w:r>
                  <w:t>Select...</w:t>
                </w:r>
              </w:sdtContent>
            </w:sdt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A2E7F" w14:textId="6B83C221" w:rsidR="004F10AA" w:rsidRDefault="004F10AA" w:rsidP="004F10AA">
            <w:sdt>
              <w:sdtPr>
                <w:alias w:val="Select 50"/>
                <w:tag w:val="KUNO_50"/>
                <w:id w:val="-1003353174"/>
                <w:dropDownList>
                  <w:listItem w:displayText="Choose institution" w:value="Choose institution"/>
                  <w:listItem w:displayText="Aalto University, School of Arts, Design and Architecture" w:value="Aalto University, School of Arts, Design and Architecture"/>
                  <w:listItem w:displayText="Art Academy of Latvia" w:value="Art Academy of Latvia"/>
                  <w:listItem w:displayText="Design School Kolding" w:value="Design School Kolding"/>
                  <w:listItem w:displayText="Estonian Academy of Arts" w:value="Estonian Academy of Arts"/>
                  <w:listItem w:displayText="Iceland University of the Arts" w:value="Iceland University of the Arts"/>
                  <w:listItem w:displayText="Konstfack" w:value="Konstfack"/>
                  <w:listItem w:displayText="Royal Danish Academy" w:value="Royal Danish Academy"/>
                  <w:listItem w:displayText="Kristiania University College – Westerdals Department of Communication and Design" w:value="Kristiania University College – Westerdals Department of Communication and Design"/>
                  <w:listItem w:displayText="LAB University of Applied Sciences, Institute of Design and Fine Arts" w:value="LAB University of Applied Sciences, Institute of Design and Fine Arts"/>
                  <w:listItem w:displayText="Linnaeus University" w:value="Linnaeus University"/>
                  <w:listItem w:displayText="Lund University – School of Industrial Design" w:value="Lund University – School of Industrial Design"/>
                  <w:listItem w:displayText="Norwegian University of Science and Technology - NTNU, Faculty of Architecture and Design" w:value="Norwegian University of Science and Technology - NTNU, Faculty of Architecture and Design"/>
                  <w:listItem w:displayText="Oslo National Academy of Arts" w:value="Oslo National Academy of Arts"/>
                  <w:listItem w:displayText="Oslo School of Architecture and Design" w:value="Oslo School of Architecture and Design"/>
                  <w:listItem w:displayText="OsloMet – Oslo Metropolitan University" w:value="OsloMet – Oslo Metropolitan University"/>
                  <w:listItem w:displayText="Pallas University of Applied Sciences" w:value="Pallas University of Applied Sciences"/>
                  <w:listItem w:displayText="Umeå Institute of Design" w:value="Umeå Institute of Design"/>
                  <w:listItem w:displayText="University of Lapland" w:value="University of Lapland"/>
                  <w:listItem w:displayText="University of Bergen, Faculty of Fine Art, Music and Design" w:value="University of Bergen, Faculty of Fine Art, Music and Design"/>
                  <w:listItem w:displayText="University of Gothenburg, HDK - Academy of Design &amp; Crafts" w:value="University of Gothenburg, HDK - Academy of Design &amp; Crafts"/>
                  <w:listItem w:displayText="Vilnius Academy of Arts" w:value="Vilnius Academy of Arts"/>
                  <w:listItem w:displayText="The Swedish School of Textiles University of Borås" w:value="The Swedish School of Textiles University of Borås"/>
                </w:dropDownList>
              </w:sdtPr>
              <w:sdtContent>
                <w:r>
                  <w:t>Choose institution</w:t>
                </w:r>
              </w:sdtContent>
            </w:sdt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6A589" w14:textId="38BB6BAB" w:rsidR="004F10AA" w:rsidRDefault="004F10AA" w:rsidP="004F10AA">
            <w:sdt>
              <w:sdtPr>
                <w:alias w:val="Select 51"/>
                <w:tag w:val="KUNO_51"/>
                <w:id w:val="-1009289334"/>
                <w:dropDownList>
                  <w:listItem w:displayText="Choose institution" w:value="Choose institution"/>
                  <w:listItem w:displayText="Aalto University, School of Arts, Design and Architecture" w:value="Aalto University, School of Arts, Design and Architecture"/>
                  <w:listItem w:displayText="Art Academy of Latvia" w:value="Art Academy of Latvia"/>
                  <w:listItem w:displayText="Design School Kolding" w:value="Design School Kolding"/>
                  <w:listItem w:displayText="Estonian Academy of Arts" w:value="Estonian Academy of Arts"/>
                  <w:listItem w:displayText="Iceland University of the Arts" w:value="Iceland University of the Arts"/>
                  <w:listItem w:displayText="Konstfack" w:value="Konstfack"/>
                  <w:listItem w:displayText="Royal Danish Academy" w:value="Royal Danish Academy"/>
                  <w:listItem w:displayText="Kristiania University College – Westerdals Department of Communication and Design" w:value="Kristiania University College – Westerdals Department of Communication and Design"/>
                  <w:listItem w:displayText="LAB University of Applied Sciences, Institute of Design and Fine Arts" w:value="LAB University of Applied Sciences, Institute of Design and Fine Arts"/>
                  <w:listItem w:displayText="Linnaeus University" w:value="Linnaeus University"/>
                  <w:listItem w:displayText="Lund University – School of Industrial Design" w:value="Lund University – School of Industrial Design"/>
                  <w:listItem w:displayText="Norwegian University of Science and Technology - NTNU, Faculty of Architecture and Design" w:value="Norwegian University of Science and Technology - NTNU, Faculty of Architecture and Design"/>
                  <w:listItem w:displayText="Oslo National Academy of Arts" w:value="Oslo National Academy of Arts"/>
                  <w:listItem w:displayText="Oslo School of Architecture and Design" w:value="Oslo School of Architecture and Design"/>
                  <w:listItem w:displayText="OsloMet – Oslo Metropolitan University" w:value="OsloMet – Oslo Metropolitan University"/>
                  <w:listItem w:displayText="Pallas University of Applied Sciences" w:value="Pallas University of Applied Sciences"/>
                  <w:listItem w:displayText="Umeå Institute of Design" w:value="Umeå Institute of Design"/>
                  <w:listItem w:displayText="University of Lapland" w:value="University of Lapland"/>
                  <w:listItem w:displayText="University of Bergen, Faculty of Fine Art, Music and Design" w:value="University of Bergen, Faculty of Fine Art, Music and Design"/>
                  <w:listItem w:displayText="University of Gothenburg, HDK - Academy of Design &amp; Crafts" w:value="University of Gothenburg, HDK - Academy of Design &amp; Crafts"/>
                  <w:listItem w:displayText="Vilnius Academy of Arts" w:value="Vilnius Academy of Arts"/>
                  <w:listItem w:displayText="The Swedish School of Textiles University of Borås" w:value="The Swedish School of Textiles University of Borås"/>
                </w:dropDownList>
              </w:sdtPr>
              <w:sdtContent>
                <w:r>
                  <w:t>Choose institution</w:t>
                </w:r>
              </w:sdtContent>
            </w:sdt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96C16" w14:textId="091E4662" w:rsidR="004F10AA" w:rsidRDefault="004F10AA" w:rsidP="004F10AA">
            <w:sdt>
              <w:sdtPr>
                <w:alias w:val="Select 52"/>
                <w:tag w:val="KUNO_52"/>
                <w:id w:val="1097057646"/>
                <w:dropDownList>
                  <w:listItem w:displayText="Select..." w:value="Select..."/>
                  <w:listItem w:displayText="Male" w:value="Male"/>
                  <w:listItem w:displayText="Female" w:value="Female"/>
                  <w:listItem w:displayText="Other" w:value="Other"/>
                </w:dropDownList>
              </w:sdtPr>
              <w:sdtContent>
                <w:r>
                  <w:t>Select...</w:t>
                </w:r>
              </w:sdtContent>
            </w:sdt>
          </w:p>
        </w:tc>
      </w:tr>
      <w:bookmarkEnd w:id="0"/>
    </w:tbl>
    <w:p w14:paraId="649524EC" w14:textId="77777777" w:rsidR="008112A0" w:rsidRDefault="008112A0">
      <w:pPr>
        <w:spacing w:after="0"/>
        <w:rPr>
          <w:rFonts w:hint="eastAsia"/>
        </w:rPr>
      </w:pPr>
    </w:p>
    <w:p w14:paraId="48B656AA" w14:textId="6C145B4C" w:rsidR="008112A0" w:rsidRPr="004F10AA" w:rsidRDefault="00F97AE2">
      <w:pPr>
        <w:spacing w:after="120"/>
        <w:rPr>
          <w:rFonts w:hint="eastAsia"/>
          <w:i/>
          <w:iCs/>
        </w:rPr>
      </w:pPr>
      <w:r w:rsidRPr="004F10AA">
        <w:rPr>
          <w:i/>
          <w:iCs/>
        </w:rPr>
        <w:t xml:space="preserve">To add more mobility records, copy a completed table row and paste it beneath the last row. The institution dropdowns list all 22 CIRRUS member </w:t>
      </w:r>
      <w:r w:rsidR="004F10AA" w:rsidRPr="004F10AA">
        <w:rPr>
          <w:i/>
          <w:iCs/>
        </w:rPr>
        <w:t>institutions.</w:t>
      </w:r>
      <w:r w:rsidRPr="004F10AA">
        <w:rPr>
          <w:i/>
          <w:iCs/>
        </w:rPr>
        <w:t xml:space="preserve"> </w:t>
      </w:r>
    </w:p>
    <w:sectPr w:rsidR="008112A0" w:rsidRPr="004F10AA" w:rsidSect="00034616">
      <w:pgSz w:w="12240" w:h="15840"/>
      <w:pgMar w:top="936" w:right="1123" w:bottom="893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altName w:val="Cambria"/>
    <w:panose1 w:val="020B06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5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F10AA"/>
    <w:rsid w:val="008112A0"/>
    <w:rsid w:val="00AA1D8D"/>
    <w:rsid w:val="00B47730"/>
    <w:rsid w:val="00CB0664"/>
    <w:rsid w:val="00F97AE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523A21D"/>
  <w14:defaultImageDpi w14:val="300"/>
  <w15:docId w15:val="{4B904C4D-C8E3-4E4F-99F2-52D7FA676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282828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282828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282828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2828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282828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282828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2828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828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828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28282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282828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282828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282828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282828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282828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282828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282828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282828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282828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282828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282828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282828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282828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16AD6C9-3FCD-9C4A-B842-F1F20598EF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535</Words>
  <Characters>3052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Office User</cp:lastModifiedBy>
  <cp:revision>3</cp:revision>
  <dcterms:created xsi:type="dcterms:W3CDTF">2026-10-14T08:54:00Z</dcterms:created>
  <dcterms:modified xsi:type="dcterms:W3CDTF">2026-10-14T08:54:00Z</dcterms:modified>
  <cp:category/>
</cp:coreProperties>
</file>